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D6CEA" w14:textId="77777777" w:rsidR="001179D4" w:rsidRPr="008A4797" w:rsidRDefault="0003527A">
      <w:pPr>
        <w:spacing w:line="240" w:lineRule="auto"/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b/>
          <w:color w:val="E31B23"/>
          <w:sz w:val="22"/>
          <w:lang w:eastAsia="ko-KR"/>
        </w:rPr>
        <w:t>첨부</w:t>
      </w:r>
      <w:r w:rsidRPr="008A4797">
        <w:rPr>
          <w:rFonts w:ascii="맑은 고딕" w:eastAsia="맑은 고딕" w:hAnsi="맑은 고딕"/>
          <w:b/>
          <w:color w:val="E31B23"/>
          <w:sz w:val="22"/>
          <w:lang w:eastAsia="ko-KR"/>
        </w:rPr>
        <w:t xml:space="preserve"> 1</w:t>
      </w:r>
    </w:p>
    <w:p w14:paraId="5FC82340" w14:textId="77777777" w:rsidR="001179D4" w:rsidRPr="008A4797" w:rsidRDefault="001179D4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1BFD2AB7" w14:textId="77777777" w:rsidR="001179D4" w:rsidRPr="008A4797" w:rsidRDefault="001179D4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5A5C6780" w14:textId="77777777" w:rsidR="001179D4" w:rsidRPr="008A4797" w:rsidRDefault="001179D4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25FB7C1C" w14:textId="77777777" w:rsidR="001179D4" w:rsidRPr="008A4797" w:rsidRDefault="001179D4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3BD4F326" w14:textId="03BA2A31" w:rsidR="001179D4" w:rsidRPr="008A4797" w:rsidRDefault="0003527A">
      <w:pPr>
        <w:spacing w:after="240" w:line="288" w:lineRule="auto"/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>2026</w:t>
      </w:r>
      <w:r w:rsidR="004631AE">
        <w:rPr>
          <w:rFonts w:ascii="맑은 고딕" w:eastAsia="맑은 고딕" w:hAnsi="맑은 고딕" w:hint="eastAsia"/>
          <w:color w:val="666666"/>
          <w:sz w:val="26"/>
          <w:lang w:eastAsia="ko-KR"/>
        </w:rPr>
        <w:t>년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 xml:space="preserve"> 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>신세계아이앤씨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 xml:space="preserve"> 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>사회적경제기업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 xml:space="preserve"> </w:t>
      </w:r>
      <w:r w:rsidRPr="008A4797">
        <w:rPr>
          <w:rFonts w:ascii="맑은 고딕" w:eastAsia="맑은 고딕" w:hAnsi="맑은 고딕"/>
          <w:color w:val="666666"/>
          <w:sz w:val="26"/>
          <w:lang w:eastAsia="ko-KR"/>
        </w:rPr>
        <w:t>지원사업</w:t>
      </w:r>
    </w:p>
    <w:p w14:paraId="7380BC63" w14:textId="77777777" w:rsidR="001179D4" w:rsidRPr="008A4797" w:rsidRDefault="0003527A">
      <w:pPr>
        <w:spacing w:after="300" w:line="252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  <w:sz w:val="58"/>
        </w:rPr>
        <w:t xml:space="preserve">MINI CONTEST </w:t>
      </w:r>
      <w:r w:rsidRPr="008A4797">
        <w:rPr>
          <w:rFonts w:ascii="맑은 고딕" w:eastAsia="맑은 고딕" w:hAnsi="맑은 고딕"/>
          <w:b/>
          <w:color w:val="222222"/>
          <w:sz w:val="58"/>
        </w:rPr>
        <w:t>참여</w:t>
      </w:r>
      <w:r w:rsidRPr="008A4797">
        <w:rPr>
          <w:rFonts w:ascii="맑은 고딕" w:eastAsia="맑은 고딕" w:hAnsi="맑은 고딕"/>
          <w:b/>
          <w:color w:val="222222"/>
          <w:sz w:val="58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58"/>
        </w:rPr>
        <w:t>신청서</w:t>
      </w:r>
    </w:p>
    <w:p w14:paraId="2CC81C06" w14:textId="77777777" w:rsidR="001179D4" w:rsidRPr="008A4797" w:rsidRDefault="001179D4">
      <w:pPr>
        <w:pBdr>
          <w:bottom w:val="single" w:sz="18" w:space="2" w:color="E31B23"/>
        </w:pBdr>
        <w:spacing w:line="240" w:lineRule="auto"/>
        <w:rPr>
          <w:rFonts w:ascii="맑은 고딕" w:eastAsia="맑은 고딕" w:hAnsi="맑은 고딕"/>
        </w:rPr>
      </w:pPr>
    </w:p>
    <w:p w14:paraId="13E7E7FA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42BB1479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1E0D37B5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7C1ED4BF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45D493DB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073904C4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31787C44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764404DB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2A7B42B1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428F70AA" w14:textId="77777777" w:rsidR="008A4797" w:rsidRPr="008A4797" w:rsidRDefault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</w:p>
    <w:p w14:paraId="25EA7E52" w14:textId="77777777" w:rsidR="008A4797" w:rsidRPr="008A4797" w:rsidRDefault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</w:p>
    <w:p w14:paraId="11F8158E" w14:textId="77777777" w:rsidR="008A4797" w:rsidRPr="008A4797" w:rsidRDefault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</w:p>
    <w:p w14:paraId="7148F418" w14:textId="77777777" w:rsidR="008A4797" w:rsidRPr="008A4797" w:rsidRDefault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</w:p>
    <w:p w14:paraId="3CA3EFFD" w14:textId="77777777" w:rsidR="008A4797" w:rsidRPr="008A4797" w:rsidRDefault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</w:p>
    <w:p w14:paraId="2510B58F" w14:textId="34AFC5DD" w:rsidR="008A4797" w:rsidRPr="008A4797" w:rsidRDefault="0003527A" w:rsidP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</w:rPr>
      </w:pPr>
      <w:r w:rsidRPr="008A4797">
        <w:rPr>
          <w:rFonts w:ascii="맑은 고딕" w:eastAsia="맑은 고딕" w:hAnsi="맑은 고딕"/>
          <w:b/>
          <w:bCs/>
          <w:color w:val="666666"/>
          <w:sz w:val="24"/>
        </w:rPr>
        <w:t>2026. 7.</w:t>
      </w:r>
    </w:p>
    <w:p w14:paraId="0538FDF8" w14:textId="77777777" w:rsidR="008A4797" w:rsidRPr="008A4797" w:rsidRDefault="008A4797" w:rsidP="008A4797">
      <w:pPr>
        <w:jc w:val="center"/>
        <w:rPr>
          <w:rFonts w:ascii="맑은 고딕" w:eastAsia="맑은 고딕" w:hAnsi="맑은 고딕"/>
          <w:b/>
          <w:bCs/>
          <w:color w:val="666666"/>
          <w:sz w:val="24"/>
          <w:lang w:eastAsia="ko-KR"/>
        </w:rPr>
      </w:pPr>
    </w:p>
    <w:p w14:paraId="50A45715" w14:textId="77777777" w:rsidR="008A4797" w:rsidRPr="008A4797" w:rsidRDefault="008A4797" w:rsidP="008A4797">
      <w:pPr>
        <w:jc w:val="center"/>
        <w:rPr>
          <w:rFonts w:ascii="맑은 고딕" w:eastAsia="맑은 고딕" w:hAnsi="맑은 고딕" w:hint="eastAsia"/>
          <w:lang w:eastAsia="ko-KR"/>
        </w:rPr>
      </w:pPr>
    </w:p>
    <w:p w14:paraId="490D8A1D" w14:textId="77777777" w:rsidR="008A4797" w:rsidRPr="008A4797" w:rsidRDefault="008A4797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4D808199" w14:textId="77777777" w:rsidR="008A4797" w:rsidRPr="008A4797" w:rsidRDefault="008A4797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41B3F348" w14:textId="77777777" w:rsidR="008A4797" w:rsidRPr="008A4797" w:rsidRDefault="008A4797">
      <w:pPr>
        <w:spacing w:line="240" w:lineRule="auto"/>
        <w:rPr>
          <w:rFonts w:ascii="맑은 고딕" w:eastAsia="맑은 고딕" w:hAnsi="맑은 고딕"/>
          <w:lang w:eastAsia="ko-KR"/>
        </w:rPr>
      </w:pPr>
    </w:p>
    <w:p w14:paraId="3302466E" w14:textId="77777777" w:rsidR="008A4797" w:rsidRPr="008A4797" w:rsidRDefault="008A4797">
      <w:pPr>
        <w:spacing w:line="240" w:lineRule="auto"/>
        <w:rPr>
          <w:rFonts w:ascii="맑은 고딕" w:eastAsia="맑은 고딕" w:hAnsi="맑은 고딕" w:hint="eastAsia"/>
          <w:lang w:eastAsia="ko-KR"/>
        </w:rPr>
      </w:pPr>
    </w:p>
    <w:p w14:paraId="1B21B61C" w14:textId="77777777" w:rsidR="001179D4" w:rsidRPr="008A4797" w:rsidRDefault="001179D4">
      <w:pPr>
        <w:spacing w:line="240" w:lineRule="auto"/>
        <w:rPr>
          <w:rFonts w:ascii="맑은 고딕" w:eastAsia="맑은 고딕" w:hAnsi="맑은 고딕"/>
        </w:rPr>
      </w:pPr>
    </w:p>
    <w:p w14:paraId="775407C4" w14:textId="77777777" w:rsidR="001179D4" w:rsidRPr="008A4797" w:rsidRDefault="001179D4">
      <w:pPr>
        <w:pBdr>
          <w:top w:val="single" w:sz="6" w:space="3" w:color="D9D9D9"/>
        </w:pBdr>
        <w:spacing w:after="120" w:line="240" w:lineRule="auto"/>
        <w:rPr>
          <w:rFonts w:ascii="맑은 고딕" w:eastAsia="맑은 고딕" w:hAnsi="맑은 고딕"/>
        </w:rPr>
      </w:pPr>
    </w:p>
    <w:tbl>
      <w:tblPr>
        <w:tblW w:w="9184" w:type="dxa"/>
        <w:jc w:val="center"/>
        <w:tblLayout w:type="fixed"/>
        <w:tblLook w:val="04A0" w:firstRow="1" w:lastRow="0" w:firstColumn="1" w:lastColumn="0" w:noHBand="0" w:noVBand="1"/>
      </w:tblPr>
      <w:tblGrid>
        <w:gridCol w:w="2296"/>
        <w:gridCol w:w="2296"/>
        <w:gridCol w:w="2296"/>
        <w:gridCol w:w="2296"/>
      </w:tblGrid>
      <w:tr w:rsidR="001179D4" w:rsidRPr="008A4797" w14:paraId="293057A2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DBAE1DC" w14:textId="4B53E447" w:rsidR="001179D4" w:rsidRPr="008A4797" w:rsidRDefault="001179D4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77B846" w14:textId="22FC7CFE" w:rsidR="001179D4" w:rsidRPr="008A4797" w:rsidRDefault="001179D4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E518F1" w14:textId="4A5466E7" w:rsidR="001179D4" w:rsidRPr="008A4797" w:rsidRDefault="001179D4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BFAA248" w14:textId="160148D9" w:rsidR="001179D4" w:rsidRPr="008A4797" w:rsidRDefault="001179D4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</w:tr>
    </w:tbl>
    <w:p w14:paraId="3E9EB386" w14:textId="77777777" w:rsidR="001179D4" w:rsidRPr="008A4797" w:rsidRDefault="001179D4">
      <w:pPr>
        <w:rPr>
          <w:rFonts w:ascii="맑은 고딕" w:eastAsia="맑은 고딕" w:hAnsi="맑은 고딕"/>
          <w:lang w:eastAsia="ko-KR"/>
        </w:rPr>
        <w:sectPr w:rsidR="001179D4" w:rsidRPr="008A4797">
          <w:footerReference w:type="even" r:id="rId8"/>
          <w:footerReference w:type="default" r:id="rId9"/>
          <w:footerReference w:type="first" r:id="rId10"/>
          <w:pgSz w:w="11906" w:h="16838"/>
          <w:pgMar w:top="1134" w:right="1134" w:bottom="1020" w:left="1587" w:header="0" w:footer="0" w:gutter="0"/>
          <w:pgBorders w:offsetFrom="page">
            <w:left w:val="single" w:sz="36" w:space="0" w:color="E31B23"/>
          </w:pgBorders>
          <w:cols w:space="720"/>
          <w:docGrid w:linePitch="360"/>
        </w:sectPr>
      </w:pP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294E07F5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6959F511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01.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3B1B81C4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제출서류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체크리스트</w:t>
            </w:r>
          </w:p>
        </w:tc>
      </w:tr>
    </w:tbl>
    <w:p w14:paraId="31940DFB" w14:textId="77777777" w:rsidR="001179D4" w:rsidRPr="008A4797" w:rsidRDefault="001179D4">
      <w:pPr>
        <w:spacing w:after="40"/>
        <w:rPr>
          <w:rFonts w:ascii="맑은 고딕" w:eastAsia="맑은 고딕" w:hAnsi="맑은 고딕"/>
        </w:rPr>
      </w:pPr>
    </w:p>
    <w:p w14:paraId="17E93712" w14:textId="77777777" w:rsidR="001179D4" w:rsidRPr="008A4797" w:rsidRDefault="0003527A">
      <w:pPr>
        <w:spacing w:before="60" w:after="160"/>
        <w:rPr>
          <w:rFonts w:ascii="맑은 고딕" w:eastAsia="맑은 고딕" w:hAnsi="맑은 고딕"/>
          <w:sz w:val="18"/>
          <w:szCs w:val="18"/>
          <w:lang w:eastAsia="ko-KR"/>
        </w:rPr>
      </w:pPr>
      <w:r w:rsidRPr="008A4797">
        <w:rPr>
          <w:rFonts w:ascii="맑은 고딕" w:eastAsia="맑은 고딕" w:hAnsi="맑은 고딕"/>
          <w:sz w:val="18"/>
          <w:szCs w:val="18"/>
          <w:lang w:eastAsia="ko-KR"/>
        </w:rPr>
        <w:t>제출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전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각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항목을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확인하여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제출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여부란에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체크해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Pr="008A4797">
        <w:rPr>
          <w:rFonts w:ascii="맑은 고딕" w:eastAsia="맑은 고딕" w:hAnsi="맑은 고딕"/>
          <w:sz w:val="18"/>
          <w:szCs w:val="18"/>
          <w:lang w:eastAsia="ko-KR"/>
        </w:rPr>
        <w:t>주세요</w:t>
      </w:r>
      <w:r w:rsidRPr="008A4797">
        <w:rPr>
          <w:rFonts w:ascii="맑은 고딕" w:eastAsia="맑은 고딕" w:hAnsi="맑은 고딕"/>
          <w:color w:val="666666"/>
          <w:sz w:val="18"/>
          <w:szCs w:val="18"/>
          <w:lang w:eastAsia="ko-KR"/>
        </w:rPr>
        <w:t>.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3685"/>
        <w:gridCol w:w="4365"/>
        <w:gridCol w:w="1134"/>
      </w:tblGrid>
      <w:tr w:rsidR="001179D4" w:rsidRPr="008A4797" w14:paraId="7F2263C3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68F25BB1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No.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4B4914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제출서류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E374EC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확인사항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AD60247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제출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여부</w:t>
            </w:r>
          </w:p>
        </w:tc>
      </w:tr>
      <w:tr w:rsidR="001179D4" w:rsidRPr="008A4797" w14:paraId="3994AE14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655A2759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4EA476BE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신청서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및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사업계획서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166C4911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[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첨부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1]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본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양식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533BD62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  <w:tr w:rsidR="001179D4" w:rsidRPr="008A4797" w14:paraId="1C2B90B3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17E7096A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1560DA50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참여기업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정보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입력표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3FA3E862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[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첨부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2]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엑셀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양식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0E16CFB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  <w:tr w:rsidR="001179D4" w:rsidRPr="008A4797" w14:paraId="631108BA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4E5AE81C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10876626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2025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년도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재무제표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35666977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재무상태표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손익계산서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34E8D3C5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  <w:tr w:rsidR="001179D4" w:rsidRPr="008A4797" w14:paraId="1BE55D63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1F88B172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4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5A0C2F24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사회적경제기업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증빙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서류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207951EB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기업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유형에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따른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인증서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지정서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확인서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등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6948760A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  <w:tr w:rsidR="001179D4" w:rsidRPr="008A4797" w14:paraId="0CAB6AB0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493C6D31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5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2E35BC8E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창업기업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확인서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벤처기업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확인서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5E8F5F90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공고일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기준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유효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서류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3D51F832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  <w:tr w:rsidR="001179D4" w:rsidRPr="008A4797" w14:paraId="4BA4D393" w14:textId="77777777">
        <w:trPr>
          <w:cantSplit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2728913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6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5A57DC6C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사회적가치지표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(SVI)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측정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확인서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77AFF538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해당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기업만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제출</w:t>
            </w:r>
          </w:p>
        </w:tc>
        <w:tc>
          <w:tcPr>
            <w:tcW w:w="113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  <w:tcMar>
              <w:top w:w="110" w:type="dxa"/>
              <w:left w:w="80" w:type="dxa"/>
              <w:bottom w:w="110" w:type="dxa"/>
              <w:right w:w="80" w:type="dxa"/>
            </w:tcMar>
          </w:tcPr>
          <w:p w14:paraId="345F6B51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□</w:t>
            </w:r>
          </w:p>
        </w:tc>
      </w:tr>
    </w:tbl>
    <w:p w14:paraId="0D557D61" w14:textId="77777777" w:rsidR="001179D4" w:rsidRPr="008A4797" w:rsidRDefault="001179D4">
      <w:pPr>
        <w:spacing w:after="60"/>
        <w:rPr>
          <w:rFonts w:ascii="맑은 고딕" w:eastAsia="맑은 고딕" w:hAnsi="맑은 고딕"/>
        </w:rPr>
      </w:pPr>
    </w:p>
    <w:tbl>
      <w:tblPr>
        <w:tblW w:w="10083" w:type="dxa"/>
        <w:tblLayout w:type="fixed"/>
        <w:tblLook w:val="04A0" w:firstRow="1" w:lastRow="0" w:firstColumn="1" w:lastColumn="0" w:noHBand="0" w:noVBand="1"/>
      </w:tblPr>
      <w:tblGrid>
        <w:gridCol w:w="10083"/>
      </w:tblGrid>
      <w:tr w:rsidR="001179D4" w:rsidRPr="008A4797" w14:paraId="59F25168" w14:textId="77777777" w:rsidTr="008A4797">
        <w:tc>
          <w:tcPr>
            <w:tcW w:w="10083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FF4F4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3B7B6F3" w14:textId="0D60AA22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제출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형식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: ①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신청서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는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PDF, ②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참여기업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정보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입력표는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Excel, ③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증빙서류는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PDF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변환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후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ZIP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파일로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8"/>
                <w:szCs w:val="18"/>
                <w:lang w:eastAsia="ko-KR"/>
              </w:rPr>
              <w:t>제출</w:t>
            </w:r>
          </w:p>
        </w:tc>
      </w:tr>
    </w:tbl>
    <w:p w14:paraId="4029E769" w14:textId="77777777" w:rsidR="001179D4" w:rsidRPr="008A4797" w:rsidRDefault="001179D4">
      <w:pPr>
        <w:rPr>
          <w:rFonts w:ascii="맑은 고딕" w:eastAsia="맑은 고딕" w:hAnsi="맑은 고딕"/>
          <w:lang w:eastAsia="ko-KR"/>
        </w:rPr>
      </w:pP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1984"/>
        <w:gridCol w:w="7880"/>
      </w:tblGrid>
      <w:tr w:rsidR="001179D4" w:rsidRPr="008A4797" w14:paraId="7154DFE7" w14:textId="77777777">
        <w:trPr>
          <w:jc w:val="center"/>
        </w:trPr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29F7ED0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기업명</w:t>
            </w:r>
          </w:p>
        </w:tc>
        <w:tc>
          <w:tcPr>
            <w:tcW w:w="78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BD0B8F8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0174B9E4" w14:textId="77777777">
        <w:trPr>
          <w:jc w:val="center"/>
        </w:trPr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601E8AA4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제출일</w:t>
            </w:r>
          </w:p>
        </w:tc>
        <w:tc>
          <w:tcPr>
            <w:tcW w:w="78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EB99ACF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A4797">
              <w:rPr>
                <w:rFonts w:ascii="맑은 고딕" w:eastAsia="맑은 고딕" w:hAnsi="맑은 고딕"/>
                <w:sz w:val="18"/>
                <w:szCs w:val="18"/>
              </w:rPr>
              <w:t>2026.    .    .</w:t>
            </w:r>
          </w:p>
        </w:tc>
      </w:tr>
    </w:tbl>
    <w:p w14:paraId="760C0643" w14:textId="77777777" w:rsidR="001179D4" w:rsidRPr="008A4797" w:rsidRDefault="001179D4">
      <w:pPr>
        <w:rPr>
          <w:rFonts w:ascii="맑은 고딕" w:eastAsia="맑은 고딕" w:hAnsi="맑은 고딕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68E65DAD" w14:textId="77777777">
        <w:tc>
          <w:tcPr>
            <w:tcW w:w="9865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3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46593F83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안내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: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회색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안내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문구는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후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삭제할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수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있으며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표의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행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높이는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입력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내용에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따라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확장하여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사용합니다</w:t>
            </w:r>
            <w:r w:rsidRPr="008A4797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</w:tbl>
    <w:p w14:paraId="68A4B4ED" w14:textId="77777777" w:rsidR="001179D4" w:rsidRPr="008A4797" w:rsidRDefault="0003527A">
      <w:pPr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lang w:eastAsia="ko-KR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06DD3ED1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11BDC456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02.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3821E1B9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신청서</w:t>
            </w:r>
          </w:p>
        </w:tc>
      </w:tr>
    </w:tbl>
    <w:p w14:paraId="70BF8BC6" w14:textId="77777777" w:rsidR="001179D4" w:rsidRPr="008A4797" w:rsidRDefault="001179D4">
      <w:pPr>
        <w:spacing w:after="40"/>
        <w:rPr>
          <w:rFonts w:ascii="맑은 고딕" w:eastAsia="맑은 고딕" w:hAnsi="맑은 고딕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725D1D45" w14:textId="77777777">
        <w:tc>
          <w:tcPr>
            <w:tcW w:w="9865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3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7F621F71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신청서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분량은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최대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3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페이지이며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공고일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(2026. 7. 1.)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기준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정보를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</w:tbl>
    <w:p w14:paraId="7938DD91" w14:textId="77777777" w:rsidR="001179D4" w:rsidRPr="008A4797" w:rsidRDefault="001179D4">
      <w:pPr>
        <w:spacing w:after="40"/>
        <w:rPr>
          <w:rFonts w:ascii="맑은 고딕" w:eastAsia="맑은 고딕" w:hAnsi="맑은 고딕"/>
          <w:lang w:eastAsia="ko-KR"/>
        </w:rPr>
      </w:pPr>
    </w:p>
    <w:tbl>
      <w:tblPr>
        <w:tblW w:w="9866" w:type="dxa"/>
        <w:jc w:val="center"/>
        <w:tblLayout w:type="fixed"/>
        <w:tblLook w:val="04A0" w:firstRow="1" w:lastRow="0" w:firstColumn="1" w:lastColumn="0" w:noHBand="0" w:noVBand="1"/>
      </w:tblPr>
      <w:tblGrid>
        <w:gridCol w:w="1928"/>
        <w:gridCol w:w="3005"/>
        <w:gridCol w:w="1928"/>
        <w:gridCol w:w="3005"/>
      </w:tblGrid>
      <w:tr w:rsidR="001179D4" w:rsidRPr="008A4797" w14:paraId="2BA68FEF" w14:textId="77777777" w:rsidTr="00E67F91">
        <w:trPr>
          <w:jc w:val="center"/>
        </w:trPr>
        <w:tc>
          <w:tcPr>
            <w:tcW w:w="9866" w:type="dxa"/>
            <w:gridSpan w:val="4"/>
            <w:tcBorders>
              <w:top w:val="single" w:sz="2" w:space="0" w:color="A6A6A6" w:themeColor="background1" w:themeShade="A6"/>
              <w:left w:val="single" w:sz="4" w:space="0" w:color="CFCFCF"/>
              <w:bottom w:val="single" w:sz="2" w:space="0" w:color="A6A6A6" w:themeColor="background1" w:themeShade="A6"/>
              <w:right w:val="single" w:sz="4" w:space="0" w:color="CFCFCF"/>
            </w:tcBorders>
            <w:shd w:val="clear" w:color="auto" w:fill="E31B23"/>
          </w:tcPr>
          <w:p w14:paraId="15990D79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신청기업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개요</w:t>
            </w:r>
          </w:p>
        </w:tc>
      </w:tr>
      <w:tr w:rsidR="001179D4" w:rsidRPr="008A4797" w14:paraId="3D968FE5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FEC8769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기업명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0139AD7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B27FFD3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대표자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88E13B3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5812077C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41B242C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사업자등록번호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0479FFA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46D0F430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법인등록번호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934C262" w14:textId="4C68248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6DF03DA3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46B610BD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설립연월일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1AD03B1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5737FC1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상시근로자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수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AF902E0" w14:textId="77777777" w:rsidR="001179D4" w:rsidRPr="00313105" w:rsidRDefault="0003527A" w:rsidP="00E4343F">
            <w:pPr>
              <w:spacing w:line="264" w:lineRule="auto"/>
              <w:ind w:firstLineChars="500" w:firstLine="900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명</w:t>
            </w:r>
          </w:p>
        </w:tc>
      </w:tr>
      <w:tr w:rsidR="001179D4" w:rsidRPr="008A4797" w14:paraId="7E8B2811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34799691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주요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제품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·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서비스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792185C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ABD5989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업종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D20CDFC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1A5AB321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3B8D071E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주소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C56D5F4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136A7B1B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496C963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기업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형태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7B8B0FB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개인사업자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법인사업자</w:t>
            </w:r>
          </w:p>
        </w:tc>
      </w:tr>
      <w:tr w:rsidR="001179D4" w:rsidRPr="008A4797" w14:paraId="7D93E521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7018030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사회적경제기업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유형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8E0BC40" w14:textId="77777777" w:rsid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사회적기업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예비사회적기업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협동조합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마을기업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자활기업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</w:t>
            </w:r>
          </w:p>
          <w:p w14:paraId="0F9FB949" w14:textId="7CA305AC" w:rsidR="001179D4" w:rsidRPr="00313105" w:rsidRDefault="0003527A" w:rsidP="00313105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기타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(          )</w:t>
            </w:r>
          </w:p>
        </w:tc>
      </w:tr>
      <w:tr w:rsidR="001179D4" w:rsidRPr="008A4797" w14:paraId="300F716E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DCA2B5C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증빙서류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정보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FEE3260" w14:textId="0974BDAB" w:rsidR="001179D4" w:rsidRPr="00313105" w:rsidRDefault="00313105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증빙서류 유형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:                        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발급일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: 20  .  .  .  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유효기간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: 20  .  .  .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까지</w:t>
            </w:r>
          </w:p>
        </w:tc>
      </w:tr>
      <w:tr w:rsidR="001179D4" w:rsidRPr="008A4797" w14:paraId="632F022B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B7F59A8" w14:textId="1D863FDE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</w:pPr>
            <w:r w:rsidRPr="00E4343F">
              <w:rPr>
                <w:rFonts w:ascii="맑은 고딕" w:eastAsia="맑은 고딕" w:hAnsi="맑은 고딕"/>
                <w:b/>
                <w:color w:val="FF0000"/>
                <w:sz w:val="18"/>
                <w:szCs w:val="18"/>
              </w:rPr>
              <w:t>신청자격</w:t>
            </w:r>
            <w:r w:rsidR="00E4343F">
              <w:rPr>
                <w:rFonts w:ascii="맑은 고딕" w:eastAsia="맑은 고딕" w:hAnsi="맑은 고딕" w:hint="eastAsia"/>
                <w:b/>
                <w:color w:val="FF0000"/>
                <w:sz w:val="18"/>
                <w:szCs w:val="18"/>
                <w:lang w:eastAsia="ko-KR"/>
              </w:rPr>
              <w:t xml:space="preserve"> (필수)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F9F73EC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창업일로부터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1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년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이상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7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년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이내인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창업기업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벤처기업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확인서를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보유한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벤처기업</w:t>
            </w:r>
          </w:p>
        </w:tc>
      </w:tr>
      <w:tr w:rsidR="001179D4" w:rsidRPr="00313105" w14:paraId="52731634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1D7318DE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가점항목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br/>
            </w:r>
            <w:r w:rsidRPr="00E4343F">
              <w:rPr>
                <w:rFonts w:ascii="맑은 고딕" w:eastAsia="맑은 고딕" w:hAnsi="맑은 고딕"/>
                <w:b/>
                <w:color w:val="FF0000"/>
                <w:sz w:val="18"/>
                <w:szCs w:val="18"/>
              </w:rPr>
              <w:t xml:space="preserve">※ </w:t>
            </w:r>
            <w:r w:rsidRPr="00E4343F">
              <w:rPr>
                <w:rFonts w:ascii="맑은 고딕" w:eastAsia="맑은 고딕" w:hAnsi="맑은 고딕"/>
                <w:b/>
                <w:color w:val="FF0000"/>
                <w:sz w:val="18"/>
                <w:szCs w:val="18"/>
              </w:rPr>
              <w:t>해당</w:t>
            </w:r>
            <w:r w:rsidRPr="00E4343F">
              <w:rPr>
                <w:rFonts w:ascii="맑은 고딕" w:eastAsia="맑은 고딕" w:hAnsi="맑은 고딕"/>
                <w:b/>
                <w:color w:val="FF0000"/>
                <w:sz w:val="18"/>
                <w:szCs w:val="18"/>
              </w:rPr>
              <w:t xml:space="preserve"> </w:t>
            </w:r>
            <w:r w:rsidRPr="00E4343F">
              <w:rPr>
                <w:rFonts w:ascii="맑은 고딕" w:eastAsia="맑은 고딕" w:hAnsi="맑은 고딕"/>
                <w:b/>
                <w:color w:val="FF0000"/>
                <w:sz w:val="18"/>
                <w:szCs w:val="18"/>
              </w:rPr>
              <w:t>시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38DD00B" w14:textId="74489399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AI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기술을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활용한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비즈니스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모델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보유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SVI</w:t>
            </w:r>
            <w:r w:rsidR="00313105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‘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보통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’</w:t>
            </w:r>
            <w:r w:rsidR="00313105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(24~25년),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‘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양호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’</w:t>
            </w:r>
            <w:r w:rsidR="00313105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(26년)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이상</w:t>
            </w:r>
          </w:p>
        </w:tc>
      </w:tr>
    </w:tbl>
    <w:p w14:paraId="2427AB6C" w14:textId="77777777" w:rsidR="001179D4" w:rsidRPr="008A4797" w:rsidRDefault="001179D4">
      <w:pPr>
        <w:spacing w:after="40"/>
        <w:rPr>
          <w:rFonts w:ascii="맑은 고딕" w:eastAsia="맑은 고딕" w:hAnsi="맑은 고딕"/>
          <w:lang w:eastAsia="ko-KR"/>
        </w:rPr>
      </w:pPr>
    </w:p>
    <w:tbl>
      <w:tblPr>
        <w:tblW w:w="9866" w:type="dxa"/>
        <w:jc w:val="center"/>
        <w:tblLayout w:type="fixed"/>
        <w:tblLook w:val="04A0" w:firstRow="1" w:lastRow="0" w:firstColumn="1" w:lastColumn="0" w:noHBand="0" w:noVBand="1"/>
      </w:tblPr>
      <w:tblGrid>
        <w:gridCol w:w="1928"/>
        <w:gridCol w:w="3005"/>
        <w:gridCol w:w="1928"/>
        <w:gridCol w:w="3005"/>
      </w:tblGrid>
      <w:tr w:rsidR="001179D4" w:rsidRPr="00313105" w14:paraId="04845C05" w14:textId="77777777" w:rsidTr="00E67F91">
        <w:trPr>
          <w:jc w:val="center"/>
        </w:trPr>
        <w:tc>
          <w:tcPr>
            <w:tcW w:w="9866" w:type="dxa"/>
            <w:gridSpan w:val="4"/>
            <w:tcBorders>
              <w:top w:val="single" w:sz="2" w:space="0" w:color="A6A6A6" w:themeColor="background1" w:themeShade="A6"/>
              <w:left w:val="single" w:sz="4" w:space="0" w:color="CFCFCF"/>
              <w:bottom w:val="single" w:sz="2" w:space="0" w:color="A6A6A6" w:themeColor="background1" w:themeShade="A6"/>
              <w:right w:val="single" w:sz="4" w:space="0" w:color="CFCFCF"/>
            </w:tcBorders>
            <w:shd w:val="clear" w:color="auto" w:fill="E31B23"/>
          </w:tcPr>
          <w:p w14:paraId="20E8229B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대표자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및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담당자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정보</w:t>
            </w:r>
          </w:p>
        </w:tc>
      </w:tr>
      <w:tr w:rsidR="001179D4" w:rsidRPr="00313105" w14:paraId="600296D3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64CAD8C5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대표자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휴대전화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4EAFD2B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5FF4146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대표자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이메일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C77EE6D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313105" w14:paraId="6D8866EF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E610494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담당자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부서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·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직위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AF97922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FA8DF3F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담당자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성명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C89622E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313105" w14:paraId="3912D139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4E1D224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담당자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전화번호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647778A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EC18F0B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담당자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이메일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29995C0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21F155D2" w14:textId="77777777" w:rsidR="001179D4" w:rsidRPr="00313105" w:rsidRDefault="001179D4">
      <w:pPr>
        <w:spacing w:after="40"/>
        <w:rPr>
          <w:rFonts w:ascii="맑은 고딕" w:eastAsia="맑은 고딕" w:hAnsi="맑은 고딕"/>
          <w:sz w:val="18"/>
          <w:szCs w:val="18"/>
        </w:rPr>
      </w:pPr>
    </w:p>
    <w:tbl>
      <w:tblPr>
        <w:tblW w:w="9866" w:type="dxa"/>
        <w:jc w:val="center"/>
        <w:tblLayout w:type="fixed"/>
        <w:tblLook w:val="04A0" w:firstRow="1" w:lastRow="0" w:firstColumn="1" w:lastColumn="0" w:noHBand="0" w:noVBand="1"/>
      </w:tblPr>
      <w:tblGrid>
        <w:gridCol w:w="1928"/>
        <w:gridCol w:w="3005"/>
        <w:gridCol w:w="1928"/>
        <w:gridCol w:w="3005"/>
      </w:tblGrid>
      <w:tr w:rsidR="001179D4" w:rsidRPr="008A4797" w14:paraId="46A38390" w14:textId="77777777" w:rsidTr="00E67F91">
        <w:trPr>
          <w:jc w:val="center"/>
        </w:trPr>
        <w:tc>
          <w:tcPr>
            <w:tcW w:w="9866" w:type="dxa"/>
            <w:gridSpan w:val="4"/>
            <w:tcBorders>
              <w:top w:val="single" w:sz="2" w:space="0" w:color="A6A6A6" w:themeColor="background1" w:themeShade="A6"/>
              <w:left w:val="single" w:sz="4" w:space="0" w:color="CFCFCF"/>
              <w:bottom w:val="single" w:sz="2" w:space="0" w:color="A6A6A6" w:themeColor="background1" w:themeShade="A6"/>
              <w:right w:val="single" w:sz="4" w:space="0" w:color="CFCFCF"/>
            </w:tcBorders>
            <w:shd w:val="clear" w:color="auto" w:fill="E31B23"/>
          </w:tcPr>
          <w:p w14:paraId="42761229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신청사업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  <w:t>개요</w:t>
            </w:r>
          </w:p>
        </w:tc>
      </w:tr>
      <w:tr w:rsidR="001179D4" w:rsidRPr="008A4797" w14:paraId="19942949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09FB0EE5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사업명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F772A06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0C3EC1D7" w14:textId="77777777" w:rsidTr="00E67F91">
        <w:trPr>
          <w:trHeight w:val="737"/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640087CB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주요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사업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3667262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5DC74C8D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5E9F1D56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ESG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분야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93549FB" w14:textId="60E92F1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환경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사회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  </w:t>
            </w:r>
            <w:r w:rsidR="00E67F91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※ 중복 가능</w:t>
            </w: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C63DE94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AI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기술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활용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E5E96AE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해당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  □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미해당</w:t>
            </w:r>
          </w:p>
        </w:tc>
      </w:tr>
      <w:tr w:rsidR="001179D4" w:rsidRPr="008A4797" w14:paraId="16DC1CFE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41D0B808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지원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신청금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8397399" w14:textId="77777777" w:rsidR="00313105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               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천원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  <w:p w14:paraId="7F30D994" w14:textId="2F14A7D3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※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최대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20,000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천원</w:t>
            </w:r>
          </w:p>
        </w:tc>
        <w:tc>
          <w:tcPr>
            <w:tcW w:w="19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1017F855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자부담금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br/>
              <w:t>(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선택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0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29E8835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               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천원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 ※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의무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아님</w:t>
            </w:r>
          </w:p>
        </w:tc>
      </w:tr>
      <w:tr w:rsidR="001179D4" w:rsidRPr="008A4797" w14:paraId="43AF078D" w14:textId="77777777" w:rsidTr="00E67F91">
        <w:trPr>
          <w:jc w:val="center"/>
        </w:trPr>
        <w:tc>
          <w:tcPr>
            <w:tcW w:w="1928" w:type="dxa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1550F78C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</w:rPr>
              <w:t>사업기간</w:t>
            </w:r>
          </w:p>
        </w:tc>
        <w:tc>
          <w:tcPr>
            <w:tcW w:w="7938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E3573F9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2026. 8. ~ 2026. 12. (5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개월</w:t>
            </w:r>
            <w:r w:rsidRPr="00313105">
              <w:rPr>
                <w:rFonts w:ascii="맑은 고딕" w:eastAsia="맑은 고딕" w:hAnsi="맑은 고딕"/>
                <w:sz w:val="18"/>
                <w:szCs w:val="18"/>
              </w:rPr>
              <w:t>)</w:t>
            </w:r>
          </w:p>
        </w:tc>
      </w:tr>
    </w:tbl>
    <w:p w14:paraId="2CC17BDF" w14:textId="77777777" w:rsidR="001179D4" w:rsidRPr="008A4797" w:rsidRDefault="0003527A">
      <w:pPr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6556BE56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15B9F713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02.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1A485E4F" w14:textId="24CDB846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신청서</w:t>
            </w:r>
          </w:p>
        </w:tc>
      </w:tr>
    </w:tbl>
    <w:p w14:paraId="4BD0C794" w14:textId="77777777" w:rsidR="001179D4" w:rsidRPr="008A4797" w:rsidRDefault="001179D4">
      <w:pPr>
        <w:spacing w:after="40"/>
        <w:rPr>
          <w:rFonts w:ascii="맑은 고딕" w:eastAsia="맑은 고딕" w:hAnsi="맑은 고딕"/>
        </w:rPr>
      </w:pPr>
    </w:p>
    <w:p w14:paraId="2385468B" w14:textId="2CAF5142" w:rsidR="001179D4" w:rsidRPr="00E95221" w:rsidRDefault="00E95221" w:rsidP="00E95221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E95221">
        <w:rPr>
          <w:rFonts w:ascii="맑은 고딕" w:eastAsia="맑은 고딕" w:hAnsi="맑은 고딕" w:hint="eastAsia"/>
          <w:b/>
          <w:color w:val="222222"/>
          <w:sz w:val="24"/>
          <w:lang w:eastAsia="ko-KR"/>
        </w:rPr>
        <w:t>○</w:t>
      </w:r>
      <w:r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>재무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>현황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 xml:space="preserve"> (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>최근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 xml:space="preserve"> 2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>년간</w:t>
      </w:r>
      <w:r w:rsidR="0003527A" w:rsidRPr="00E95221">
        <w:rPr>
          <w:rFonts w:ascii="맑은 고딕" w:eastAsia="맑은 고딕" w:hAnsi="맑은 고딕"/>
          <w:b/>
          <w:color w:val="222222"/>
          <w:sz w:val="26"/>
        </w:rPr>
        <w:t>)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2721"/>
        <w:gridCol w:w="2721"/>
        <w:gridCol w:w="2721"/>
      </w:tblGrid>
      <w:tr w:rsidR="001179D4" w:rsidRPr="008A4797" w14:paraId="20800E83" w14:textId="77777777">
        <w:trPr>
          <w:cantSplit/>
          <w:jc w:val="center"/>
        </w:trPr>
        <w:tc>
          <w:tcPr>
            <w:tcW w:w="170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4AF00ACD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연도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5DB3F2C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매출액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(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천원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)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7137FFB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영업이익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(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천원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)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4221A9E8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당기순이익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(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천원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)</w:t>
            </w:r>
          </w:p>
        </w:tc>
      </w:tr>
      <w:tr w:rsidR="001179D4" w:rsidRPr="008A4797" w14:paraId="5F39C05F" w14:textId="77777777">
        <w:trPr>
          <w:trHeight w:val="567"/>
          <w:jc w:val="center"/>
        </w:trPr>
        <w:tc>
          <w:tcPr>
            <w:tcW w:w="170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6BB97A46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2024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594C298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6FA2219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4FB13F6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4FB05CC7" w14:textId="77777777">
        <w:trPr>
          <w:trHeight w:val="567"/>
          <w:jc w:val="center"/>
        </w:trPr>
        <w:tc>
          <w:tcPr>
            <w:tcW w:w="170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595EE07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2025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3D96381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5CB00FC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7F1BB6F" w14:textId="77777777" w:rsidR="001179D4" w:rsidRPr="00313105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3BE414C3" w14:textId="7EEFA859" w:rsidR="001179D4" w:rsidRPr="008A4797" w:rsidRDefault="00E95221">
      <w:pPr>
        <w:keepNext/>
        <w:spacing w:before="200" w:after="80" w:line="276" w:lineRule="auto"/>
        <w:rPr>
          <w:rFonts w:ascii="맑은 고딕" w:eastAsia="맑은 고딕" w:hAnsi="맑은 고딕"/>
          <w:lang w:eastAsia="ko-KR"/>
        </w:rPr>
      </w:pPr>
      <w:r w:rsidRPr="00E95221">
        <w:rPr>
          <w:rFonts w:ascii="맑은 고딕" w:eastAsia="맑은 고딕" w:hAnsi="맑은 고딕" w:hint="eastAsia"/>
          <w:b/>
          <w:color w:val="222222"/>
          <w:sz w:val="24"/>
          <w:lang w:eastAsia="ko-KR"/>
        </w:rPr>
        <w:t>○</w:t>
      </w:r>
      <w:r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외부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지원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·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투자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현황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(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최근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3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년간</w:t>
      </w:r>
      <w:r w:rsidR="0003527A"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)</w:t>
      </w:r>
    </w:p>
    <w:tbl>
      <w:tblPr>
        <w:tblW w:w="9865" w:type="dxa"/>
        <w:jc w:val="center"/>
        <w:tblLayout w:type="fixed"/>
        <w:tblLook w:val="04A0" w:firstRow="1" w:lastRow="0" w:firstColumn="1" w:lastColumn="0" w:noHBand="0" w:noVBand="1"/>
      </w:tblPr>
      <w:tblGrid>
        <w:gridCol w:w="2098"/>
        <w:gridCol w:w="3685"/>
        <w:gridCol w:w="1984"/>
        <w:gridCol w:w="2098"/>
      </w:tblGrid>
      <w:tr w:rsidR="001179D4" w:rsidRPr="008A4797" w14:paraId="206181B2" w14:textId="77777777">
        <w:trPr>
          <w:cantSplit/>
          <w:jc w:val="center"/>
        </w:trPr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7FD47D8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기간</w:t>
            </w: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AB9FC7E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지원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·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투자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내용</w:t>
            </w:r>
          </w:p>
        </w:tc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1C182B24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금액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(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)</w:t>
            </w:r>
          </w:p>
        </w:tc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663BD4D9" w14:textId="77777777" w:rsidR="001179D4" w:rsidRPr="00313105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지원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·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투자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기관</w:t>
            </w:r>
          </w:p>
        </w:tc>
      </w:tr>
      <w:tr w:rsidR="001179D4" w:rsidRPr="008A4797" w14:paraId="2E489140" w14:textId="77777777">
        <w:trPr>
          <w:trHeight w:val="624"/>
          <w:jc w:val="center"/>
        </w:trPr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7B93C9D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85740A7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6583CE8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2255C09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7A91783B" w14:textId="77777777">
        <w:trPr>
          <w:trHeight w:val="624"/>
          <w:jc w:val="center"/>
        </w:trPr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0F8FEC5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B52A016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BD441A4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8E6D54A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6FF8CF2F" w14:textId="77777777">
        <w:trPr>
          <w:trHeight w:val="624"/>
          <w:jc w:val="center"/>
        </w:trPr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9BE7568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AAAE7ED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990646F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369E165" w14:textId="77777777" w:rsidR="001179D4" w:rsidRPr="00313105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373122B4" w14:textId="4B1A57B7" w:rsidR="001179D4" w:rsidRPr="008A4797" w:rsidRDefault="00E95221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E95221">
        <w:rPr>
          <w:rFonts w:ascii="맑은 고딕" w:eastAsia="맑은 고딕" w:hAnsi="맑은 고딕" w:hint="eastAsia"/>
          <w:b/>
          <w:color w:val="222222"/>
          <w:sz w:val="24"/>
          <w:lang w:eastAsia="ko-KR"/>
        </w:rPr>
        <w:t>○</w:t>
      </w:r>
      <w:r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>신청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>확인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>및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="0003527A" w:rsidRPr="008A4797">
        <w:rPr>
          <w:rFonts w:ascii="맑은 고딕" w:eastAsia="맑은 고딕" w:hAnsi="맑은 고딕"/>
          <w:b/>
          <w:color w:val="222222"/>
          <w:sz w:val="26"/>
        </w:rPr>
        <w:t>확약</w:t>
      </w:r>
    </w:p>
    <w:tbl>
      <w:tblPr>
        <w:tblW w:w="9865" w:type="dxa"/>
        <w:jc w:val="center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37800D6C" w14:textId="77777777">
        <w:trPr>
          <w:trHeight w:val="2948"/>
          <w:jc w:val="center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76552D32" w14:textId="77777777" w:rsidR="00313105" w:rsidRDefault="00313105">
            <w:pPr>
              <w:spacing w:line="288" w:lineRule="auto"/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</w:pPr>
          </w:p>
          <w:p w14:paraId="730D2B21" w14:textId="03232528" w:rsidR="001179D4" w:rsidRPr="00313105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관련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규정을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준수하고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본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사업을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성실히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수행하고자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신청서를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제출합니다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.</w:t>
            </w:r>
          </w:p>
          <w:p w14:paraId="3174B1CB" w14:textId="77777777" w:rsidR="00313105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본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신청서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및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사업계획서에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기재된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모든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정보가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사실에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기반하였음을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확약하며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, </w:t>
            </w:r>
          </w:p>
          <w:p w14:paraId="5B3C85BA" w14:textId="6CBD33AF" w:rsidR="001179D4" w:rsidRPr="00313105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허위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사실이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확인될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경우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선정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취소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,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협약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해지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및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지원금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환수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등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제반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조치에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동의합니다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.</w:t>
            </w:r>
          </w:p>
          <w:p w14:paraId="3BE30A69" w14:textId="77777777" w:rsidR="001179D4" w:rsidRPr="00313105" w:rsidRDefault="001179D4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  <w:p w14:paraId="10132FD2" w14:textId="77777777" w:rsidR="001179D4" w:rsidRPr="00313105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2026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년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    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월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    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일</w:t>
            </w:r>
          </w:p>
          <w:p w14:paraId="4B1E3E51" w14:textId="77777777" w:rsidR="001179D4" w:rsidRPr="00313105" w:rsidRDefault="001179D4">
            <w:pPr>
              <w:spacing w:line="288" w:lineRule="auto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  <w:p w14:paraId="2B62DF96" w14:textId="2668F0BD" w:rsidR="00313105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 w:hint="eastAsia"/>
                <w:color w:val="222222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신청기업명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:</w:t>
            </w:r>
            <w:r w:rsidR="00313105">
              <w:rPr>
                <w:rFonts w:ascii="맑은 고딕" w:eastAsia="맑은 고딕" w:hAnsi="맑은 고딕" w:hint="eastAsia"/>
                <w:color w:val="222222"/>
                <w:sz w:val="18"/>
                <w:szCs w:val="18"/>
                <w:lang w:eastAsia="ko-KR"/>
              </w:rPr>
              <w:t xml:space="preserve"> </w:t>
            </w:r>
          </w:p>
          <w:p w14:paraId="43ECF1CE" w14:textId="7AB93119" w:rsidR="001179D4" w:rsidRDefault="0003527A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대표자명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: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 xml:space="preserve">  (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인</w:t>
            </w:r>
            <w:r w:rsidRPr="00313105"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  <w:t>)</w:t>
            </w:r>
          </w:p>
          <w:p w14:paraId="624977A6" w14:textId="3E26ACBA" w:rsidR="00313105" w:rsidRPr="00313105" w:rsidRDefault="00313105" w:rsidP="00313105">
            <w:pPr>
              <w:spacing w:line="288" w:lineRule="auto"/>
              <w:jc w:val="center"/>
              <w:rPr>
                <w:rFonts w:ascii="맑은 고딕" w:eastAsia="맑은 고딕" w:hAnsi="맑은 고딕"/>
                <w:color w:val="222222"/>
                <w:sz w:val="18"/>
                <w:szCs w:val="18"/>
                <w:lang w:eastAsia="ko-KR"/>
              </w:rPr>
            </w:pPr>
          </w:p>
        </w:tc>
      </w:tr>
    </w:tbl>
    <w:p w14:paraId="10C256C5" w14:textId="77777777" w:rsidR="00313105" w:rsidRDefault="00313105">
      <w:pPr>
        <w:spacing w:before="200" w:line="240" w:lineRule="auto"/>
        <w:jc w:val="center"/>
        <w:rPr>
          <w:rFonts w:ascii="맑은 고딕" w:eastAsia="맑은 고딕" w:hAnsi="맑은 고딕"/>
          <w:b/>
          <w:color w:val="222222"/>
          <w:sz w:val="21"/>
          <w:lang w:eastAsia="ko-KR"/>
        </w:rPr>
      </w:pPr>
    </w:p>
    <w:p w14:paraId="468FB436" w14:textId="2D9D90A2" w:rsidR="001179D4" w:rsidRPr="008A4797" w:rsidRDefault="0003527A">
      <w:pPr>
        <w:spacing w:before="200" w:line="240" w:lineRule="auto"/>
        <w:jc w:val="center"/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>(</w:t>
      </w: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>사</w:t>
      </w: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>)</w:t>
      </w: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>사회적경제활성화지원센터</w:t>
      </w: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1"/>
          <w:lang w:eastAsia="ko-KR"/>
        </w:rPr>
        <w:t>귀중</w:t>
      </w:r>
    </w:p>
    <w:p w14:paraId="12015C81" w14:textId="77777777" w:rsidR="001179D4" w:rsidRPr="008A4797" w:rsidRDefault="0003527A">
      <w:pPr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lang w:eastAsia="ko-KR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5C6BC1F2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59466F05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03.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7E1DE875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사업계획서</w:t>
            </w:r>
          </w:p>
        </w:tc>
      </w:tr>
    </w:tbl>
    <w:p w14:paraId="2CFC3B0E" w14:textId="77777777" w:rsidR="001179D4" w:rsidRPr="008A4797" w:rsidRDefault="001179D4">
      <w:pPr>
        <w:spacing w:after="40"/>
        <w:rPr>
          <w:rFonts w:ascii="맑은 고딕" w:eastAsia="맑은 고딕" w:hAnsi="맑은 고딕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3357D2F9" w14:textId="77777777">
        <w:tc>
          <w:tcPr>
            <w:tcW w:w="9865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3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3724F44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시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객관적인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근거와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수치를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활용해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.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안내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문구는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후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삭제할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수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있습니다</w:t>
            </w:r>
            <w:r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</w:tbl>
    <w:p w14:paraId="2EA75349" w14:textId="77777777" w:rsidR="00C16333" w:rsidRDefault="00313105" w:rsidP="00313105">
      <w:pPr>
        <w:spacing w:before="160" w:after="160" w:line="288" w:lineRule="auto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 w:hint="eastAsia"/>
          <w:b/>
          <w:color w:val="222222"/>
          <w:sz w:val="24"/>
          <w:lang w:eastAsia="ko-KR"/>
        </w:rPr>
        <w:t xml:space="preserve">○ </w:t>
      </w:r>
      <w:r w:rsidR="0003527A" w:rsidRPr="008A4797">
        <w:rPr>
          <w:rFonts w:ascii="맑은 고딕" w:eastAsia="맑은 고딕" w:hAnsi="맑은 고딕"/>
          <w:b/>
          <w:color w:val="222222"/>
          <w:sz w:val="24"/>
        </w:rPr>
        <w:t>사업명</w:t>
      </w:r>
      <w:r w:rsidR="0003527A" w:rsidRPr="008A4797">
        <w:rPr>
          <w:rFonts w:ascii="맑은 고딕" w:eastAsia="맑은 고딕" w:hAnsi="맑은 고딕"/>
          <w:b/>
          <w:color w:val="222222"/>
          <w:sz w:val="24"/>
        </w:rPr>
        <w:t xml:space="preserve">: </w:t>
      </w:r>
    </w:p>
    <w:p w14:paraId="41074ABE" w14:textId="1E11DF11" w:rsidR="001179D4" w:rsidRPr="008A4797" w:rsidRDefault="0003527A" w:rsidP="00313105">
      <w:pPr>
        <w:spacing w:before="160" w:after="160" w:line="288" w:lineRule="auto"/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1. </w:t>
      </w:r>
      <w:r w:rsidRPr="008A4797">
        <w:rPr>
          <w:rFonts w:ascii="맑은 고딕" w:eastAsia="맑은 고딕" w:hAnsi="맑은 고딕"/>
          <w:b/>
          <w:color w:val="222222"/>
          <w:sz w:val="26"/>
        </w:rPr>
        <w:t>사업목적</w:t>
      </w: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3EC995B6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4FCB214E" w14:textId="77777777" w:rsidR="001179D4" w:rsidRPr="00313105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1-1.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해결하려는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환경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·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사회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문제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및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사업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313105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목적</w:t>
            </w:r>
          </w:p>
        </w:tc>
      </w:tr>
      <w:tr w:rsidR="001179D4" w:rsidRPr="008A4797" w14:paraId="37CB26FF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568141EE" w14:textId="13B38506" w:rsidR="001179D4" w:rsidRPr="00313105" w:rsidRDefault="00D16FED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귀사가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해결하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고자 하는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구체적인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환경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사회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문제와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그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배경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해당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문제를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해결함으로써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달성하려는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사업의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궁극적인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목적을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="0003527A" w:rsidRPr="00313105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3241FB06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7A3CED2" w14:textId="295A19B5" w:rsidR="00313105" w:rsidRPr="00313105" w:rsidRDefault="00313105">
            <w:pPr>
              <w:spacing w:line="264" w:lineRule="auto"/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</w:pPr>
          </w:p>
        </w:tc>
      </w:tr>
    </w:tbl>
    <w:p w14:paraId="2847D984" w14:textId="77777777" w:rsidR="001179D4" w:rsidRPr="008A4797" w:rsidRDefault="001179D4">
      <w:pPr>
        <w:spacing w:after="60"/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5E90322E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6770699A" w14:textId="77777777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1-2.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사회적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성과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및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기대효과</w:t>
            </w:r>
          </w:p>
        </w:tc>
      </w:tr>
      <w:tr w:rsidR="001179D4" w:rsidRPr="008A4797" w14:paraId="610801E0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6C3E8CF4" w14:textId="72C687E0" w:rsidR="00D16FED" w:rsidRDefault="00D16FED">
            <w:pPr>
              <w:spacing w:line="264" w:lineRule="auto"/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귀사가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현재까지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창출한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환경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사회적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성과(Social Impact)를 객관적인 근거와 함께 작성해 주세요. </w:t>
            </w:r>
          </w:p>
          <w:p w14:paraId="5CE1E481" w14:textId="47561CD7" w:rsidR="001179D4" w:rsidRPr="00C16333" w:rsidRDefault="00D16FED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향후 사업 성장에 따라 기대되는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고객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사용자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수혜자에게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미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치는 사회적 기여 효과를 함께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포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함해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3A630368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B3CE67D" w14:textId="77777777" w:rsidR="001179D4" w:rsidRPr="00C16333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23D7E450" w14:textId="77777777" w:rsidR="00861229" w:rsidRDefault="00861229" w:rsidP="00861229">
      <w:pPr>
        <w:widowControl w:val="0"/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  <w:lang w:eastAsia="ko-KR"/>
        </w:rPr>
      </w:pPr>
    </w:p>
    <w:p w14:paraId="588BAE97" w14:textId="663F180F" w:rsidR="001179D4" w:rsidRPr="008A4797" w:rsidRDefault="0003527A">
      <w:pPr>
        <w:keepNext/>
        <w:spacing w:before="200" w:after="80" w:line="276" w:lineRule="auto"/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lastRenderedPageBreak/>
        <w:t xml:space="preserve">2. 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제품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·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서비스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및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  <w:lang w:eastAsia="ko-KR"/>
        </w:rPr>
        <w:t>차별성</w:t>
      </w: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356D4A20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01B5C5AE" w14:textId="77777777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2-1.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제품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및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서비스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소개</w:t>
            </w:r>
          </w:p>
        </w:tc>
      </w:tr>
      <w:tr w:rsidR="001179D4" w:rsidRPr="008A4797" w14:paraId="66F28EDA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2FEEFD9F" w14:textId="77777777" w:rsidR="001A6E05" w:rsidRDefault="001A6E05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귀사가 제공하는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제품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서비스의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핵심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기능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이용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프로세스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및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작동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방식을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. </w:t>
            </w:r>
          </w:p>
          <w:p w14:paraId="3CC18405" w14:textId="0017E669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AI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기술을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활용하는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경우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적용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방식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데이터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활용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및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고도화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계획을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포함해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19996C09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25F35A3" w14:textId="77777777" w:rsidR="001179D4" w:rsidRPr="00C16333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2DD24321" w14:textId="77777777" w:rsidR="001179D4" w:rsidRPr="008A4797" w:rsidRDefault="001179D4">
      <w:pPr>
        <w:spacing w:after="60"/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45F72056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766619C2" w14:textId="77777777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2-2.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효과성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및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</w:rPr>
              <w:t>차별성</w:t>
            </w:r>
          </w:p>
        </w:tc>
      </w:tr>
      <w:tr w:rsidR="001179D4" w:rsidRPr="008A4797" w14:paraId="070E8115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34A05CA2" w14:textId="2588DC99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유사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제품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·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서비스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또는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기존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문제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해결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방식과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비교한</w:t>
            </w:r>
            <w:r w:rsidR="00374143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귀사 솔루션의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차별점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혁신성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고객이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선택해야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하는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이유를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객관적인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자료를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근거로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468C93CB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27AA804" w14:textId="77777777" w:rsidR="001179D4" w:rsidRPr="00374143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7A723CD0" w14:textId="77777777" w:rsidR="00861229" w:rsidRDefault="00861229">
      <w:pPr>
        <w:keepNext/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  <w:lang w:eastAsia="ko-KR"/>
        </w:rPr>
      </w:pPr>
    </w:p>
    <w:p w14:paraId="2E47E253" w14:textId="77777777" w:rsidR="00861229" w:rsidRDefault="00861229" w:rsidP="00861229">
      <w:pPr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  <w:lang w:eastAsia="ko-KR"/>
        </w:rPr>
      </w:pPr>
    </w:p>
    <w:p w14:paraId="6423EA7C" w14:textId="77777777" w:rsidR="00861229" w:rsidRDefault="00861229" w:rsidP="00861229">
      <w:pPr>
        <w:widowControl w:val="0"/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  <w:lang w:eastAsia="ko-KR"/>
        </w:rPr>
      </w:pPr>
    </w:p>
    <w:p w14:paraId="260071A7" w14:textId="77777777" w:rsidR="008B3B6A" w:rsidRDefault="008B3B6A" w:rsidP="00861229">
      <w:pPr>
        <w:widowControl w:val="0"/>
        <w:spacing w:before="200" w:after="80" w:line="276" w:lineRule="auto"/>
        <w:rPr>
          <w:rFonts w:ascii="맑은 고딕" w:eastAsia="맑은 고딕" w:hAnsi="맑은 고딕" w:hint="eastAsia"/>
          <w:b/>
          <w:color w:val="222222"/>
          <w:sz w:val="26"/>
          <w:lang w:eastAsia="ko-KR"/>
        </w:rPr>
      </w:pPr>
    </w:p>
    <w:p w14:paraId="0708516B" w14:textId="772ED4A1" w:rsidR="001179D4" w:rsidRPr="00861229" w:rsidRDefault="0003527A">
      <w:pPr>
        <w:keepNext/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  <w:lang w:eastAsia="ko-KR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lastRenderedPageBreak/>
        <w:t xml:space="preserve">3. </w:t>
      </w:r>
      <w:r w:rsidRPr="008A4797">
        <w:rPr>
          <w:rFonts w:ascii="맑은 고딕" w:eastAsia="맑은 고딕" w:hAnsi="맑은 고딕"/>
          <w:b/>
          <w:color w:val="222222"/>
          <w:sz w:val="26"/>
        </w:rPr>
        <w:t>지속</w:t>
      </w:r>
      <w:r w:rsidRPr="008A4797">
        <w:rPr>
          <w:rFonts w:ascii="맑은 고딕" w:eastAsia="맑은 고딕" w:hAnsi="맑은 고딕"/>
          <w:b/>
          <w:color w:val="222222"/>
          <w:sz w:val="26"/>
        </w:rPr>
        <w:t>가능성</w:t>
      </w: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4F263FC1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65281E7B" w14:textId="77777777" w:rsidR="001179D4" w:rsidRPr="00C16333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3-1.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비즈니스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모델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및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수익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C16333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구조</w:t>
            </w:r>
          </w:p>
        </w:tc>
      </w:tr>
      <w:tr w:rsidR="001179D4" w:rsidRPr="008A4797" w14:paraId="126524F1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0968BE9C" w14:textId="728BB1FA" w:rsidR="001179D4" w:rsidRPr="00C16333" w:rsidRDefault="0082614C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귀사의 비즈니스 모델(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핵심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수익원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가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격 정책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주요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매출처 및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비용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구조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등)을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설명하고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재무적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지속가능성과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성장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가능성을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구체적인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근거와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함께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="0003527A" w:rsidRPr="00C16333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3379B2F7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D46E2DA" w14:textId="77777777" w:rsidR="001179D4" w:rsidRPr="00C16333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5ED38B8A" w14:textId="77777777" w:rsidR="001179D4" w:rsidRPr="008A4797" w:rsidRDefault="001179D4">
      <w:pPr>
        <w:spacing w:after="60"/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4982B4B6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749D16DB" w14:textId="77777777" w:rsidR="001179D4" w:rsidRPr="00861229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3-2.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스케일업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및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시장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확장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계획</w:t>
            </w:r>
          </w:p>
        </w:tc>
      </w:tr>
      <w:tr w:rsidR="001179D4" w:rsidRPr="008A4797" w14:paraId="71241130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365B8C59" w14:textId="77777777" w:rsidR="001179D4" w:rsidRPr="00861229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지역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확대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고객군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다각화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사업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영역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확장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등을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위한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단계별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전략을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.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현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시점에서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본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지원이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필요한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시급성과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타당성도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함께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제시해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15604E2C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FB45CFF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2AA3B5EB" w14:textId="77777777" w:rsidR="001179D4" w:rsidRDefault="001179D4">
      <w:pPr>
        <w:spacing w:after="60"/>
        <w:rPr>
          <w:rFonts w:ascii="맑은 고딕" w:eastAsia="맑은 고딕" w:hAnsi="맑은 고딕"/>
          <w:lang w:eastAsia="ko-KR"/>
        </w:rPr>
      </w:pPr>
    </w:p>
    <w:p w14:paraId="06F0641A" w14:textId="77777777" w:rsidR="00861229" w:rsidRDefault="00861229">
      <w:pPr>
        <w:spacing w:after="60"/>
        <w:rPr>
          <w:rFonts w:ascii="맑은 고딕" w:eastAsia="맑은 고딕" w:hAnsi="맑은 고딕"/>
          <w:lang w:eastAsia="ko-KR"/>
        </w:rPr>
      </w:pPr>
    </w:p>
    <w:p w14:paraId="0C0F65B5" w14:textId="77777777" w:rsidR="00861229" w:rsidRDefault="00861229">
      <w:pPr>
        <w:spacing w:after="60"/>
        <w:rPr>
          <w:rFonts w:ascii="맑은 고딕" w:eastAsia="맑은 고딕" w:hAnsi="맑은 고딕"/>
          <w:lang w:eastAsia="ko-KR"/>
        </w:rPr>
      </w:pPr>
    </w:p>
    <w:p w14:paraId="14808659" w14:textId="77777777" w:rsidR="00861229" w:rsidRDefault="00861229">
      <w:pPr>
        <w:spacing w:after="60"/>
        <w:rPr>
          <w:rFonts w:ascii="맑은 고딕" w:eastAsia="맑은 고딕" w:hAnsi="맑은 고딕"/>
          <w:lang w:eastAsia="ko-KR"/>
        </w:rPr>
      </w:pPr>
    </w:p>
    <w:p w14:paraId="47470C70" w14:textId="77777777" w:rsidR="00861229" w:rsidRDefault="00861229">
      <w:pPr>
        <w:spacing w:after="60"/>
        <w:rPr>
          <w:rFonts w:ascii="맑은 고딕" w:eastAsia="맑은 고딕" w:hAnsi="맑은 고딕"/>
          <w:lang w:eastAsia="ko-KR"/>
        </w:rPr>
      </w:pPr>
    </w:p>
    <w:p w14:paraId="3C52B329" w14:textId="77777777" w:rsidR="00861229" w:rsidRDefault="00861229">
      <w:pPr>
        <w:spacing w:after="60"/>
        <w:rPr>
          <w:rFonts w:ascii="맑은 고딕" w:eastAsia="맑은 고딕" w:hAnsi="맑은 고딕"/>
          <w:lang w:eastAsia="ko-KR"/>
        </w:rPr>
      </w:pPr>
    </w:p>
    <w:p w14:paraId="37036001" w14:textId="77777777" w:rsidR="005C5556" w:rsidRDefault="005C5556">
      <w:pPr>
        <w:spacing w:after="60"/>
        <w:rPr>
          <w:rFonts w:ascii="맑은 고딕" w:eastAsia="맑은 고딕" w:hAnsi="맑은 고딕" w:hint="eastAsia"/>
          <w:lang w:eastAsia="ko-KR"/>
        </w:rPr>
      </w:pPr>
    </w:p>
    <w:p w14:paraId="6586BA3B" w14:textId="4D0867E9" w:rsidR="001179D4" w:rsidRPr="008A4797" w:rsidRDefault="0003527A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lastRenderedPageBreak/>
        <w:t xml:space="preserve">4. </w:t>
      </w:r>
      <w:r w:rsidRPr="008A4797">
        <w:rPr>
          <w:rFonts w:ascii="맑은 고딕" w:eastAsia="맑은 고딕" w:hAnsi="맑은 고딕"/>
          <w:b/>
          <w:color w:val="222222"/>
          <w:sz w:val="26"/>
        </w:rPr>
        <w:t>실행계획</w:t>
      </w: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</w:rPr>
        <w:t>및</w:t>
      </w: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</w:rPr>
        <w:t>팀</w:t>
      </w: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</w:rPr>
        <w:t>역량</w:t>
      </w: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22271A43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7CA35CAC" w14:textId="18CC0319" w:rsidR="001179D4" w:rsidRPr="00861229" w:rsidRDefault="0003527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4-1.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</w:rPr>
              <w:t>사업기간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</w:rPr>
              <w:t>실행계획</w:t>
            </w:r>
            <w:r w:rsidRPr="00861229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</w:p>
        </w:tc>
      </w:tr>
      <w:tr w:rsidR="001179D4" w:rsidRPr="008A4797" w14:paraId="6AAF5093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512745D8" w14:textId="33C4F0AA" w:rsidR="001179D4" w:rsidRPr="00861229" w:rsidRDefault="00D26A6A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본 사업의 지원을 통해 향후</w:t>
            </w:r>
            <w:r w:rsidR="00AE5ECD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3~5개월 간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수행할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핵심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활동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월별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일정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,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산출물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및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성과목표를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구체적으로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작성해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주세요</w:t>
            </w:r>
            <w:r w:rsidR="0003527A" w:rsidRPr="00861229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.</w:t>
            </w:r>
          </w:p>
        </w:tc>
      </w:tr>
      <w:tr w:rsidR="001179D4" w:rsidRPr="008A4797" w14:paraId="08338E4D" w14:textId="77777777" w:rsidTr="00861229">
        <w:trPr>
          <w:trHeight w:val="3969"/>
        </w:trPr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2B300D3" w14:textId="77777777" w:rsidR="001179D4" w:rsidRPr="00D26A6A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</w:tbl>
    <w:p w14:paraId="3CE6C5D0" w14:textId="77777777" w:rsidR="001179D4" w:rsidRPr="008A4797" w:rsidRDefault="001179D4">
      <w:pPr>
        <w:spacing w:after="60"/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2CEA3111" w14:textId="77777777">
        <w:tc>
          <w:tcPr>
            <w:tcW w:w="9865" w:type="dxa"/>
            <w:tcBorders>
              <w:top w:val="single" w:sz="4" w:space="0" w:color="CFCFCF"/>
              <w:left w:val="single" w:sz="14" w:space="0" w:color="E31B23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7C3F8BFC" w14:textId="77777777" w:rsidR="001179D4" w:rsidRPr="00861229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61229">
              <w:rPr>
                <w:rFonts w:ascii="맑은 고딕" w:eastAsia="맑은 고딕" w:hAnsi="맑은 고딕"/>
                <w:b/>
                <w:lang w:eastAsia="ko-KR"/>
              </w:rPr>
              <w:t xml:space="preserve">4-2. 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>팀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>역량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>및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>협력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lang w:eastAsia="ko-KR"/>
              </w:rPr>
              <w:t>네트워크</w:t>
            </w:r>
          </w:p>
        </w:tc>
      </w:tr>
      <w:tr w:rsidR="001179D4" w:rsidRPr="008A4797" w14:paraId="7163F74C" w14:textId="77777777">
        <w:tc>
          <w:tcPr>
            <w:tcW w:w="98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8F8F8"/>
          </w:tcPr>
          <w:p w14:paraId="2F693005" w14:textId="77777777" w:rsidR="001179D4" w:rsidRPr="00861229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핵심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팀원의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전문성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·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주요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이력과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본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사업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수행을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위한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내부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역량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,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외부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협력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네트워크를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작성해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 xml:space="preserve"> 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주세요</w:t>
            </w:r>
            <w:r w:rsidRPr="00861229">
              <w:rPr>
                <w:rFonts w:ascii="맑은 고딕" w:eastAsia="맑은 고딕" w:hAnsi="맑은 고딕"/>
                <w:sz w:val="16"/>
                <w:lang w:eastAsia="ko-KR"/>
              </w:rPr>
              <w:t>.</w:t>
            </w:r>
          </w:p>
        </w:tc>
      </w:tr>
    </w:tbl>
    <w:p w14:paraId="7B9FC827" w14:textId="6432637A" w:rsidR="001179D4" w:rsidRPr="00D26A6A" w:rsidRDefault="00861229" w:rsidP="00861229">
      <w:pPr>
        <w:keepNext/>
        <w:spacing w:before="200" w:after="80" w:line="276" w:lineRule="auto"/>
        <w:rPr>
          <w:rFonts w:ascii="맑은 고딕" w:eastAsia="맑은 고딕" w:hAnsi="맑은 고딕"/>
          <w:sz w:val="16"/>
          <w:szCs w:val="18"/>
        </w:rPr>
      </w:pPr>
      <w:r w:rsidRPr="00D26A6A">
        <w:rPr>
          <w:rFonts w:ascii="맑은 고딕" w:eastAsia="맑은 고딕" w:hAnsi="맑은 고딕" w:hint="eastAsia"/>
          <w:b/>
          <w:color w:val="222222"/>
          <w:sz w:val="22"/>
          <w:szCs w:val="18"/>
          <w:lang w:eastAsia="ko-KR"/>
        </w:rPr>
        <w:t xml:space="preserve">○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>팀원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>현황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>및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</w:rPr>
        <w:t>역량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1304"/>
        <w:gridCol w:w="1304"/>
        <w:gridCol w:w="2551"/>
        <w:gridCol w:w="2721"/>
        <w:gridCol w:w="1304"/>
      </w:tblGrid>
      <w:tr w:rsidR="001179D4" w:rsidRPr="00861229" w14:paraId="17A6CCA7" w14:textId="77777777" w:rsidTr="005C5556">
        <w:trPr>
          <w:cantSplit/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BCE7009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No.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9ACEA73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직급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9AB2E2B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성명</w:t>
            </w: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7171325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주요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담당업무</w:t>
            </w: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B463F19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주요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경력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·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학력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20EF4E97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입사연월</w:t>
            </w:r>
          </w:p>
        </w:tc>
      </w:tr>
      <w:tr w:rsidR="001179D4" w:rsidRPr="00861229" w14:paraId="54A4E7CE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7505D551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1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BD57C88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817743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6D1C00A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7C10E9B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45A3B62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61229" w14:paraId="6E0B78BE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55DB56F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2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70636E0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473D0CC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A1DD609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5A8EC6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C8178FD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61229" w14:paraId="318E0A32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924145F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3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82E6A6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7B424B0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4F0742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7A45AD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73D3102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61229" w14:paraId="46BCE614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3129EC4B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4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05AC1B4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4C5E2AB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6959083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2D5DBFD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165500E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61229" w14:paraId="60D25DC5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7D3618F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352920C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1B9D429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10D2820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0C91795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D9AA5AA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4A9346C6" w14:textId="77777777" w:rsidR="005C5556" w:rsidRDefault="005C5556" w:rsidP="00861229">
      <w:pPr>
        <w:keepNext/>
        <w:spacing w:before="200" w:after="80" w:line="276" w:lineRule="auto"/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</w:pPr>
    </w:p>
    <w:p w14:paraId="016447E1" w14:textId="2C54C195" w:rsidR="001179D4" w:rsidRPr="00D26A6A" w:rsidRDefault="00861229" w:rsidP="00861229">
      <w:pPr>
        <w:keepNext/>
        <w:spacing w:before="200" w:after="80" w:line="276" w:lineRule="auto"/>
        <w:rPr>
          <w:rFonts w:ascii="맑은 고딕" w:eastAsia="맑은 고딕" w:hAnsi="맑은 고딕"/>
          <w:sz w:val="16"/>
          <w:szCs w:val="18"/>
          <w:lang w:eastAsia="ko-KR"/>
        </w:rPr>
      </w:pPr>
      <w:r w:rsidRPr="00D26A6A">
        <w:rPr>
          <w:rFonts w:ascii="맑은 고딕" w:eastAsia="맑은 고딕" w:hAnsi="맑은 고딕" w:hint="eastAsia"/>
          <w:b/>
          <w:color w:val="222222"/>
          <w:sz w:val="22"/>
          <w:szCs w:val="18"/>
          <w:lang w:eastAsia="ko-KR"/>
        </w:rPr>
        <w:t>○</w:t>
      </w:r>
      <w:r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>업무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>파트너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>현황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>및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 xml:space="preserve"> </w:t>
      </w:r>
      <w:r w:rsidR="0003527A" w:rsidRPr="00D26A6A">
        <w:rPr>
          <w:rFonts w:ascii="맑은 고딕" w:eastAsia="맑은 고딕" w:hAnsi="맑은 고딕"/>
          <w:b/>
          <w:color w:val="222222"/>
          <w:sz w:val="22"/>
          <w:szCs w:val="18"/>
          <w:lang w:eastAsia="ko-KR"/>
        </w:rPr>
        <w:t>역량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2154"/>
        <w:gridCol w:w="2381"/>
        <w:gridCol w:w="3288"/>
        <w:gridCol w:w="1361"/>
      </w:tblGrid>
      <w:tr w:rsidR="001179D4" w:rsidRPr="008A4797" w14:paraId="68FDB4BE" w14:textId="77777777" w:rsidTr="005C5556">
        <w:trPr>
          <w:cantSplit/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F263922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No.</w:t>
            </w:r>
          </w:p>
        </w:tc>
        <w:tc>
          <w:tcPr>
            <w:tcW w:w="215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86AC89B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파트너명</w:t>
            </w:r>
          </w:p>
        </w:tc>
        <w:tc>
          <w:tcPr>
            <w:tcW w:w="238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39EE669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주요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역량</w:t>
            </w:r>
          </w:p>
        </w:tc>
        <w:tc>
          <w:tcPr>
            <w:tcW w:w="32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1FA069C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주요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 xml:space="preserve"> </w:t>
            </w: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협력사항</w:t>
            </w:r>
          </w:p>
        </w:tc>
        <w:tc>
          <w:tcPr>
            <w:tcW w:w="13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1FDC7EEB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b/>
                <w:color w:val="222222"/>
                <w:sz w:val="18"/>
                <w:szCs w:val="18"/>
              </w:rPr>
              <w:t>비고</w:t>
            </w:r>
          </w:p>
        </w:tc>
      </w:tr>
      <w:tr w:rsidR="001179D4" w:rsidRPr="008A4797" w14:paraId="593DA578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680BBFC7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1</w:t>
            </w:r>
          </w:p>
        </w:tc>
        <w:tc>
          <w:tcPr>
            <w:tcW w:w="215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5C91E92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FA68262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1E4BE0C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F5BA108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1179D4" w:rsidRPr="008A4797" w14:paraId="0AF9650D" w14:textId="77777777" w:rsidTr="005C5556">
        <w:trPr>
          <w:trHeight w:val="25"/>
          <w:jc w:val="center"/>
        </w:trPr>
        <w:tc>
          <w:tcPr>
            <w:tcW w:w="6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D01C636" w14:textId="77777777" w:rsidR="001179D4" w:rsidRPr="00861229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61229">
              <w:rPr>
                <w:rFonts w:ascii="맑은 고딕" w:eastAsia="맑은 고딕" w:hAnsi="맑은 고딕"/>
                <w:color w:val="222222"/>
                <w:sz w:val="18"/>
                <w:szCs w:val="18"/>
              </w:rPr>
              <w:t>2</w:t>
            </w:r>
          </w:p>
        </w:tc>
        <w:tc>
          <w:tcPr>
            <w:tcW w:w="215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81DC263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8B70F5A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1D4E329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F1B7236" w14:textId="77777777" w:rsidR="001179D4" w:rsidRPr="00861229" w:rsidRDefault="001179D4">
            <w:pPr>
              <w:spacing w:line="264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05327FDE" w14:textId="77777777" w:rsidR="001179D4" w:rsidRPr="008A4797" w:rsidRDefault="0003527A">
      <w:pPr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324D6679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7D602D67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04.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6DBACCBD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사업비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</w:rPr>
              <w:t>집행계획</w:t>
            </w:r>
          </w:p>
        </w:tc>
      </w:tr>
    </w:tbl>
    <w:p w14:paraId="5E60F484" w14:textId="77777777" w:rsidR="001179D4" w:rsidRPr="008A4797" w:rsidRDefault="001179D4">
      <w:pPr>
        <w:spacing w:after="40"/>
        <w:rPr>
          <w:rFonts w:ascii="맑은 고딕" w:eastAsia="맑은 고딕" w:hAnsi="맑은 고딕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0957611A" w14:textId="77777777">
        <w:tc>
          <w:tcPr>
            <w:tcW w:w="9865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FF4F4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48914D82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지원금은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최대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20,000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천원이며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부가가치세를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제외한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공급가액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기준으로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작성합니다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자부담금은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선택사항입니다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.</w:t>
            </w:r>
          </w:p>
        </w:tc>
      </w:tr>
    </w:tbl>
    <w:p w14:paraId="7834D2FF" w14:textId="77777777" w:rsidR="001179D4" w:rsidRPr="008A4797" w:rsidRDefault="0003527A">
      <w:pPr>
        <w:spacing w:before="120" w:after="40" w:line="240" w:lineRule="auto"/>
        <w:jc w:val="right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color w:val="666666"/>
          <w:sz w:val="17"/>
        </w:rPr>
        <w:t>(</w:t>
      </w:r>
      <w:r w:rsidRPr="008A4797">
        <w:rPr>
          <w:rFonts w:ascii="맑은 고딕" w:eastAsia="맑은 고딕" w:hAnsi="맑은 고딕"/>
          <w:color w:val="666666"/>
          <w:sz w:val="17"/>
        </w:rPr>
        <w:t>단위</w:t>
      </w:r>
      <w:r w:rsidRPr="008A4797">
        <w:rPr>
          <w:rFonts w:ascii="맑은 고딕" w:eastAsia="맑은 고딕" w:hAnsi="맑은 고딕"/>
          <w:color w:val="666666"/>
          <w:sz w:val="17"/>
        </w:rPr>
        <w:t xml:space="preserve">: </w:t>
      </w:r>
      <w:r w:rsidRPr="008A4797">
        <w:rPr>
          <w:rFonts w:ascii="맑은 고딕" w:eastAsia="맑은 고딕" w:hAnsi="맑은 고딕"/>
          <w:color w:val="666666"/>
          <w:sz w:val="17"/>
        </w:rPr>
        <w:t>천원</w:t>
      </w:r>
      <w:r w:rsidRPr="008A4797">
        <w:rPr>
          <w:rFonts w:ascii="맑은 고딕" w:eastAsia="맑은 고딕" w:hAnsi="맑은 고딕"/>
          <w:color w:val="666666"/>
          <w:sz w:val="17"/>
        </w:rPr>
        <w:t>)</w:t>
      </w: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1686"/>
        <w:gridCol w:w="3145"/>
        <w:gridCol w:w="1461"/>
        <w:gridCol w:w="1461"/>
        <w:gridCol w:w="1124"/>
        <w:gridCol w:w="988"/>
      </w:tblGrid>
      <w:tr w:rsidR="001179D4" w:rsidRPr="008A4797" w14:paraId="1F4C78AC" w14:textId="77777777" w:rsidTr="00673878">
        <w:trPr>
          <w:cantSplit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1D8F7574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비목</w:t>
            </w: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23999D83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산출근거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573C712C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지원금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44CE82D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자부담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br/>
              <w:t>(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선택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)</w:t>
            </w: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417F6F57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합계</w:t>
            </w: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50DF3DA3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비고</w:t>
            </w:r>
          </w:p>
        </w:tc>
      </w:tr>
      <w:tr w:rsidR="001179D4" w:rsidRPr="008A4797" w14:paraId="7ED45EB5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3BE2BE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1A66F4B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908633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41D22B90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6DE0835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EEDAB5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78AFD4CE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442480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DD31621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604D00C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1AE311B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29E9CF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9F9A159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7C948D3D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C83DE3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9F1D0A8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CDE9899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290D7B5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9B02874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60C9A9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470DF9AD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9FB684D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CDD37A6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DACC7CC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879DDE9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64316C7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6CD8FA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53BD5554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E30383D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AEA6690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D6D5318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6197CB6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AD2266A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B18713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6F07A06B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17F506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C3B836A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22D3BC0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C59D7B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DB6673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9A1CB79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4C0EE0ED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2A2234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13139A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87EB9F5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0B0954B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15C14F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49C5252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6EE337D7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1D7D114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F7CE0DA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4CAFD4F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A64B21E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411EA75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E5C883B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44D475D6" w14:textId="77777777" w:rsidTr="00673878">
        <w:trPr>
          <w:trHeight w:val="680"/>
        </w:trPr>
        <w:tc>
          <w:tcPr>
            <w:tcW w:w="168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1DE22F6A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14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0941B62D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38F68675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491137D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CA58C36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600B960" w14:textId="77777777" w:rsidR="001179D4" w:rsidRPr="008A4797" w:rsidRDefault="001179D4">
            <w:pPr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1179D4" w:rsidRPr="008A4797" w14:paraId="5A7F1BAF" w14:textId="77777777" w:rsidTr="00673878">
        <w:tc>
          <w:tcPr>
            <w:tcW w:w="4831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</w:tcPr>
          <w:p w14:paraId="25B9640B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7"/>
              </w:rPr>
              <w:t>합계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543FB08B" w14:textId="77777777" w:rsidR="001179D4" w:rsidRPr="008A4797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2A64A754" w14:textId="77777777" w:rsidR="001179D4" w:rsidRPr="008A4797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11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72740B64" w14:textId="77777777" w:rsidR="001179D4" w:rsidRPr="008A4797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98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75" w:type="dxa"/>
              <w:left w:w="80" w:type="dxa"/>
              <w:bottom w:w="75" w:type="dxa"/>
              <w:right w:w="80" w:type="dxa"/>
            </w:tcMar>
            <w:vAlign w:val="center"/>
          </w:tcPr>
          <w:p w14:paraId="68E5FF46" w14:textId="77777777" w:rsidR="001179D4" w:rsidRPr="008A4797" w:rsidRDefault="001179D4">
            <w:pPr>
              <w:spacing w:line="264" w:lineRule="auto"/>
              <w:jc w:val="right"/>
              <w:rPr>
                <w:rFonts w:ascii="맑은 고딕" w:eastAsia="맑은 고딕" w:hAnsi="맑은 고딕"/>
              </w:rPr>
            </w:pPr>
          </w:p>
        </w:tc>
      </w:tr>
    </w:tbl>
    <w:p w14:paraId="414D7EDF" w14:textId="77777777" w:rsidR="00673878" w:rsidRDefault="00673878">
      <w:pPr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673878" w:rsidRPr="008A4797" w14:paraId="5914464B" w14:textId="77777777" w:rsidTr="001E54BD">
        <w:tc>
          <w:tcPr>
            <w:tcW w:w="7154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3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5091916" w14:textId="77777777" w:rsidR="00673878" w:rsidRPr="008A4797" w:rsidRDefault="00673878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E47560">
              <w:rPr>
                <w:rFonts w:ascii="맑은 고딕" w:eastAsia="맑은 고딕" w:hAnsi="맑은 고딕"/>
                <w:sz w:val="17"/>
                <w:lang w:eastAsia="ko-KR"/>
              </w:rPr>
              <w:t>비목은 [별첨] 사업비 비목을 기준으로 작성하며, 심사 결과에 따라 지원금 및 세부 집행계획이 조정될 수 있습니다.</w:t>
            </w:r>
          </w:p>
        </w:tc>
      </w:tr>
    </w:tbl>
    <w:p w14:paraId="1000C163" w14:textId="7D304ED7" w:rsidR="001179D4" w:rsidRPr="008A4797" w:rsidRDefault="0003527A">
      <w:pPr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lang w:eastAsia="ko-KR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1D914DE0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08079A9B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별첨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26C2E328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사업비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비목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집행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가이드라인</w:t>
            </w:r>
          </w:p>
        </w:tc>
      </w:tr>
    </w:tbl>
    <w:p w14:paraId="6A6543C5" w14:textId="77777777" w:rsidR="001179D4" w:rsidRPr="008A4797" w:rsidRDefault="001179D4">
      <w:pPr>
        <w:spacing w:after="40"/>
        <w:rPr>
          <w:rFonts w:ascii="맑은 고딕" w:eastAsia="맑은 고딕" w:hAnsi="맑은 고딕"/>
          <w:lang w:eastAsia="ko-KR"/>
        </w:rPr>
      </w:pPr>
    </w:p>
    <w:tbl>
      <w:tblPr>
        <w:tblW w:w="9865" w:type="dxa"/>
        <w:tblLayout w:type="fixed"/>
        <w:tblLook w:val="04A0" w:firstRow="1" w:lastRow="0" w:firstColumn="1" w:lastColumn="0" w:noHBand="0" w:noVBand="1"/>
      </w:tblPr>
      <w:tblGrid>
        <w:gridCol w:w="9865"/>
      </w:tblGrid>
      <w:tr w:rsidR="001179D4" w:rsidRPr="008A4797" w14:paraId="0D5CBC67" w14:textId="77777777">
        <w:tc>
          <w:tcPr>
            <w:tcW w:w="9865" w:type="dxa"/>
            <w:tcBorders>
              <w:top w:val="nil"/>
              <w:left w:val="single" w:sz="18" w:space="0" w:color="E31B23"/>
              <w:bottom w:val="nil"/>
              <w:right w:val="nil"/>
            </w:tcBorders>
            <w:shd w:val="clear" w:color="auto" w:fill="FFF4F4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49E5BBA6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본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별첨은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예산안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작성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참고용입니다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협약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체결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시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제공되는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최종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집행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가이드라인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협약서가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우선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적용됩니다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7"/>
                <w:lang w:eastAsia="ko-KR"/>
              </w:rPr>
              <w:t>.</w:t>
            </w:r>
          </w:p>
        </w:tc>
      </w:tr>
    </w:tbl>
    <w:p w14:paraId="39B480E1" w14:textId="77777777" w:rsidR="001179D4" w:rsidRPr="008A4797" w:rsidRDefault="0003527A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1. </w:t>
      </w:r>
      <w:r w:rsidRPr="008A4797">
        <w:rPr>
          <w:rFonts w:ascii="맑은 고딕" w:eastAsia="맑은 고딕" w:hAnsi="맑은 고딕"/>
          <w:b/>
          <w:color w:val="222222"/>
          <w:sz w:val="26"/>
        </w:rPr>
        <w:t>사업비</w:t>
      </w:r>
      <w:r w:rsidRPr="008A4797">
        <w:rPr>
          <w:rFonts w:ascii="맑은 고딕" w:eastAsia="맑은 고딕" w:hAnsi="맑은 고딕"/>
          <w:b/>
          <w:color w:val="222222"/>
          <w:sz w:val="26"/>
        </w:rPr>
        <w:t xml:space="preserve"> </w:t>
      </w:r>
      <w:r w:rsidRPr="008A4797">
        <w:rPr>
          <w:rFonts w:ascii="맑은 고딕" w:eastAsia="맑은 고딕" w:hAnsi="맑은 고딕"/>
          <w:b/>
          <w:color w:val="222222"/>
          <w:sz w:val="26"/>
        </w:rPr>
        <w:t>비목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3742"/>
        <w:gridCol w:w="4365"/>
      </w:tblGrid>
      <w:tr w:rsidR="001179D4" w:rsidRPr="008A4797" w14:paraId="532AE337" w14:textId="77777777">
        <w:trPr>
          <w:cantSplit/>
          <w:tblHeader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5CC0F9D3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비목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23CF56E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비목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정의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27A07EBD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주요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6"/>
              </w:rPr>
              <w:t>증빙서류</w:t>
            </w:r>
          </w:p>
        </w:tc>
      </w:tr>
      <w:tr w:rsidR="001179D4" w:rsidRPr="008A4797" w14:paraId="15CA29ED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F5B848E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재료비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64F911AD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사업계획서상의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사업화를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위해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필요한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재료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원료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데이터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구매하는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양산용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재료비는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사용할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없으며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시제품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제작은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가능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2280EBC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세금계산서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신용카드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거래명세서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검수조서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증빙사진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사업자등록증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</w:p>
        </w:tc>
      </w:tr>
      <w:tr w:rsidR="001179D4" w:rsidRPr="008A4797" w14:paraId="5D22282A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07B7249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기계장치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br/>
              <w:t>(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공구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기구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비품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 xml:space="preserve">·SW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등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)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1803973D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수행에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필요한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일정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횟수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반영구적으로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사용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가능한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설비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비품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소프트웨어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구입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5CCDC597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세금계산서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신용카드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거래명세서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검수조서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증빙사진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사업자등록증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</w:p>
        </w:tc>
      </w:tr>
      <w:tr w:rsidR="001179D4" w:rsidRPr="008A4797" w14:paraId="31D44051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026BCC32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특허권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등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br/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무형자산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취득비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7C855415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사업계획과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직접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관련된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지식재산권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관련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1F79322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세금계산서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신용카드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계약서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과업내용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견적서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청구서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등록증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관납료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</w:p>
        </w:tc>
      </w:tr>
      <w:tr w:rsidR="001179D4" w:rsidRPr="008A4797" w14:paraId="7C9C8831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36B42969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인건비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38A56DA6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지원사업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수행에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투입되는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지원기업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내부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참여인력의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인건비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수당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참여인력은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사업계획서에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명시되고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전담기관의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승인을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받은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인력에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한하며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소속직원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인건비는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전년도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근로소득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최근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3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년간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근로소득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원천징수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확인자료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기준으로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계상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0B9E443E" w14:textId="77777777" w:rsidR="00283929" w:rsidRDefault="0003527A">
            <w:pPr>
              <w:spacing w:line="288" w:lineRule="auto"/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입출금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내역서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송금증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근로소득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원천징수영수증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, 4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사회보험료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월별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납부확인서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퇴직연금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납입내역서</w:t>
            </w:r>
          </w:p>
          <w:p w14:paraId="3D6C3E3D" w14:textId="60893AB6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(1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이상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재직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근로자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근로자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신분증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사본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</w:p>
        </w:tc>
      </w:tr>
      <w:tr w:rsidR="001179D4" w:rsidRPr="008A4797" w14:paraId="1228FB94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1C21BE6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지급수수료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5935AE6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사업화를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위한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수행하는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대가로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지급하는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11131AB3" w14:textId="08272EE0" w:rsidR="001179D4" w:rsidRPr="00283929" w:rsidRDefault="00283929" w:rsidP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공통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필수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): 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세금계산서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신용카드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283929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</w:t>
            </w:r>
          </w:p>
          <w:p w14:paraId="24F40325" w14:textId="5BBEE6AC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공통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선택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거래처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사업자등록증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거래처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입출금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내역서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세금계산서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영수증만으로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거래처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확인이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어려운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경우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40296C2C" w14:textId="4AED45A5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기술이전비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기술요약을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활용계획서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기술이전계약서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기술이전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기업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승인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이전비용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산출근거</w:t>
            </w:r>
          </w:p>
          <w:p w14:paraId="1027A3A3" w14:textId="08A589E6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학회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세미나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카탈로그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확인문서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납부요청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필요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결과보고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5BBD5AE9" w14:textId="32C7338B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전시회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박람회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카탈로그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확인문서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납부요청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결과보고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0A558D6A" w14:textId="72F5AD60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시험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인증비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계약서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시험인증서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컨설팅일지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필요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0F1EDD26" w14:textId="3ABD23BD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전문가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활용비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송금증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내부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결재문서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위촉동의서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서명록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.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출연기업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소속인력에게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집행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불가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, 12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5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원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초과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기타소득세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공제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, 1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일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50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원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여비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초과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불가</w:t>
            </w:r>
          </w:p>
          <w:p w14:paraId="2E16B2C7" w14:textId="728D2756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기자재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임차비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사용대장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검수조서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견적서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기준단가표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임차계약서</w:t>
            </w:r>
          </w:p>
          <w:p w14:paraId="37D54A12" w14:textId="7BAF6C70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ㅍ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장비수리비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거래명세서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견적서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신품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구매견적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검수조서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0C875CD9" w14:textId="13341BA5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운반비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물류비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운송확인증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인수증</w:t>
            </w:r>
          </w:p>
          <w:p w14:paraId="4001AF2C" w14:textId="3981A69A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보험료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보험증권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보험가입서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계약서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1BAA099F" w14:textId="019D63C7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보관료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보관물건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확인증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창고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임대계약서</w:t>
            </w:r>
          </w:p>
          <w:p w14:paraId="653FDC0C" w14:textId="1CC805F5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회계감사비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회계감사보고서</w:t>
            </w:r>
          </w:p>
          <w:p w14:paraId="5DE9968B" w14:textId="54AC3B56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임차료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임차공간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임대차계약서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송금증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전자세금계산서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발급이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어려운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경우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  <w:p w14:paraId="654138B2" w14:textId="708B2D68" w:rsidR="001179D4" w:rsidRPr="008A4797" w:rsidRDefault="00283929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283929"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>-</w:t>
            </w:r>
            <w:r>
              <w:rPr>
                <w:rFonts w:ascii="맑은 고딕" w:eastAsia="맑은 고딕" w:hAnsi="맑은 고딕" w:hint="eastAsia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외주용역비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: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과업내용이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계약서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결과보고서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검수조서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사진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="0003527A"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)</w:t>
            </w:r>
          </w:p>
        </w:tc>
      </w:tr>
      <w:tr w:rsidR="001179D4" w:rsidRPr="008A4797" w14:paraId="199E4830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49481A5B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lastRenderedPageBreak/>
              <w:t>여비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6E27FABC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지원기업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소재지를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벗어나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국내외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출장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사유로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집행하는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참여인력의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관련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출장에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한함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0ECAEACC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출장신청서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출장계획서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교통비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출장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결과보고서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.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항공운임은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Economy Class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기준</w:t>
            </w:r>
          </w:p>
        </w:tc>
      </w:tr>
      <w:tr w:rsidR="001179D4" w:rsidRPr="008A4797" w14:paraId="3C20D51C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68441621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교육훈련비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1711CEC7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지원기업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임직원이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사업화를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위해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기술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경영교육을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이수하는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1365327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교육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참가신청서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교육자료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일정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교육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이수증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참가확인서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교육업체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사업자등록증</w:t>
            </w:r>
          </w:p>
        </w:tc>
      </w:tr>
      <w:tr w:rsidR="001179D4" w:rsidRPr="008A4797" w14:paraId="67098824" w14:textId="77777777">
        <w:trPr>
          <w:cantSplit/>
          <w:jc w:val="center"/>
        </w:trPr>
        <w:tc>
          <w:tcPr>
            <w:tcW w:w="175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529C7A1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광고선전비</w:t>
            </w:r>
          </w:p>
        </w:tc>
        <w:tc>
          <w:tcPr>
            <w:tcW w:w="37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5805E721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제품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기업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홍보를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위한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홈페이지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홍보영상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홍보물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포장디자인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광고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게재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마케팅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비용</w:t>
            </w:r>
          </w:p>
        </w:tc>
        <w:tc>
          <w:tcPr>
            <w:tcW w:w="436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AFAFA"/>
          </w:tcPr>
          <w:p w14:paraId="7580BE18" w14:textId="77777777" w:rsidR="001179D4" w:rsidRPr="008A4797" w:rsidRDefault="0003527A">
            <w:pPr>
              <w:spacing w:line="288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계약서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결과보고서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결과물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과업지시서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검수확인서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(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증빙사진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포함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),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홍보제작물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5"/>
                <w:lang w:eastAsia="ko-KR"/>
              </w:rPr>
              <w:t>등</w:t>
            </w:r>
          </w:p>
        </w:tc>
      </w:tr>
    </w:tbl>
    <w:p w14:paraId="07E349BB" w14:textId="77777777" w:rsidR="00283929" w:rsidRDefault="00283929">
      <w:pPr>
        <w:rPr>
          <w:rFonts w:ascii="맑은 고딕" w:eastAsia="맑은 고딕" w:hAnsi="맑은 고딕"/>
          <w:lang w:eastAsia="ko-KR"/>
        </w:rPr>
      </w:pPr>
    </w:p>
    <w:p w14:paraId="7CCAB061" w14:textId="77777777" w:rsidR="00283929" w:rsidRPr="008A4797" w:rsidRDefault="00283929" w:rsidP="00283929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t>2. 회계·증빙관리</w:t>
      </w:r>
    </w:p>
    <w:tbl>
      <w:tblPr>
        <w:tblW w:w="9865" w:type="dxa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7427"/>
      </w:tblGrid>
      <w:tr w:rsidR="00283929" w:rsidRPr="008A4797" w14:paraId="55FCE465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6DD685C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7"/>
              </w:rPr>
              <w:t>구분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6F95348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7"/>
              </w:rPr>
              <w:t>주요 기준</w:t>
            </w:r>
          </w:p>
        </w:tc>
      </w:tr>
      <w:tr w:rsidR="00283929" w:rsidRPr="008A4797" w14:paraId="017C731B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61D2DE9D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회계 증빙자료 문서편철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71B32AC3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 관련 회계 증빙자료는 다른 사업과 구분하여 별도 문서로 편철합니다.</w:t>
            </w:r>
          </w:p>
        </w:tc>
      </w:tr>
      <w:tr w:rsidR="00283929" w:rsidRPr="008A4797" w14:paraId="1C7A7AB7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1E587474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사업비 전용 계좌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2784EF9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사업비는 별도의 전용 계좌로 관리합니다. 개인사업자는 대표자 명의, 법인사업자는 법인 명의 계좌를 사용합니다.</w:t>
            </w:r>
          </w:p>
        </w:tc>
      </w:tr>
      <w:tr w:rsidR="00283929" w:rsidRPr="008A4797" w14:paraId="68DEFAEC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1C28EF5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공급가액 기준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3FF303A1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사업비는 공급가액 기준으로 편성하며 부가가치세·관세 등 사후 환급금과 은행 이체 수수료는 사업비로 집행할 수 없습니다.</w:t>
            </w:r>
          </w:p>
        </w:tc>
      </w:tr>
      <w:tr w:rsidR="00283929" w:rsidRPr="008A4797" w14:paraId="062C859E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4D4D1BDB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  <w:lang w:eastAsia="ko-KR"/>
              </w:rPr>
              <w:t>세금계산서·카드 집행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2327E85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세금계산서 및 카드 집행을 원칙으로 하며, 인건비·전문가 활용비·임차료 등 불가피한 항목은 관련 기준에 따릅니다.</w:t>
            </w:r>
          </w:p>
        </w:tc>
      </w:tr>
      <w:tr w:rsidR="00283929" w:rsidRPr="008A4797" w14:paraId="57178B57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50EB4F1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해외 집행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0408ABE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해외거래는 계좌이체 또는 개인·법인카드 사용 후 해외거래내역서 기준 원화 환산금액으로 정산하며, 환율은 사업비 집행일 기준을 적용합니다.</w:t>
            </w:r>
          </w:p>
        </w:tc>
      </w:tr>
      <w:tr w:rsidR="00283929" w:rsidRPr="008A4797" w14:paraId="688428BF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3D496D29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증빙서류 비치·제출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4ED8E98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지급결의서, 영수증 등 사업비 사용 증빙을 상시 비치하고 운영기관이 요청하는 추가 자료를 제출해야 합니다.</w:t>
            </w:r>
          </w:p>
        </w:tc>
      </w:tr>
      <w:tr w:rsidR="00283929" w:rsidRPr="008A4797" w14:paraId="4B33302A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311C04D3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서류 보관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1AF1D989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증빙서류 및 장부는 사업기간 종료일부터 5년간 보관하며, 요청 시 제출해야 합니다.</w:t>
            </w:r>
          </w:p>
        </w:tc>
      </w:tr>
    </w:tbl>
    <w:p w14:paraId="63723C46" w14:textId="77777777" w:rsidR="00283929" w:rsidRDefault="00283929" w:rsidP="00283929">
      <w:pPr>
        <w:keepNext/>
        <w:spacing w:before="200" w:after="80" w:line="276" w:lineRule="auto"/>
        <w:rPr>
          <w:rFonts w:ascii="맑은 고딕" w:eastAsia="맑은 고딕" w:hAnsi="맑은 고딕"/>
          <w:b/>
          <w:color w:val="222222"/>
          <w:sz w:val="26"/>
        </w:rPr>
      </w:pPr>
    </w:p>
    <w:p w14:paraId="05CB9B78" w14:textId="01A2F3DE" w:rsidR="00283929" w:rsidRPr="008A4797" w:rsidRDefault="00283929" w:rsidP="00283929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  <w:sz w:val="26"/>
        </w:rPr>
        <w:t>3. 집행 기간 및 사업변경</w:t>
      </w:r>
    </w:p>
    <w:tbl>
      <w:tblPr>
        <w:tblW w:w="9865" w:type="dxa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7427"/>
      </w:tblGrid>
      <w:tr w:rsidR="00283929" w:rsidRPr="008A4797" w14:paraId="27944E7A" w14:textId="77777777" w:rsidTr="001E54BD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6F1806C2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7"/>
              </w:rPr>
              <w:t>구분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DEDED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7C83B36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7"/>
              </w:rPr>
              <w:t>주요 기준</w:t>
            </w:r>
          </w:p>
        </w:tc>
      </w:tr>
      <w:tr w:rsidR="00283929" w:rsidRPr="008A4797" w14:paraId="6C52554B" w14:textId="77777777" w:rsidTr="001E54BD">
        <w:trPr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7F935936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집행 기간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2D263FA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사업비는 사업기간 내 집행을 원칙으로 합니다. 사업기간 내 원인행위가 발생한 경우 사업 종료 후 15일 이내 집행할 수 있습니다.</w:t>
            </w:r>
          </w:p>
        </w:tc>
      </w:tr>
      <w:tr w:rsidR="00283929" w:rsidRPr="008A4797" w14:paraId="1050AECF" w14:textId="77777777" w:rsidTr="001E54BD">
        <w:trPr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1F1F1"/>
            <w:tcMar>
              <w:top w:w="75" w:type="dxa"/>
              <w:left w:w="60" w:type="dxa"/>
              <w:bottom w:w="75" w:type="dxa"/>
              <w:right w:w="60" w:type="dxa"/>
            </w:tcMar>
            <w:vAlign w:val="center"/>
          </w:tcPr>
          <w:p w14:paraId="2D9F1888" w14:textId="77777777" w:rsidR="00283929" w:rsidRPr="008A4797" w:rsidRDefault="00283929" w:rsidP="001E54BD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16"/>
              </w:rPr>
              <w:t>사업변경 신청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B7CDDAA" w14:textId="77777777" w:rsidR="00283929" w:rsidRPr="008A4797" w:rsidRDefault="00283929" w:rsidP="001E54BD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사업기간 또는 사업비 집행계획(비목 변경 포함)을 변경하려는 경우 운영기관에 사업계획 변경을 요청하고 사전 승인을 받아야 합니다. 변경 신청은 사업기간 종료일 30일 전까지 가능하며, 제출서류와 세부 절차는 협약서 및 최종 가이드라인을 따릅니다.</w:t>
            </w:r>
          </w:p>
        </w:tc>
      </w:tr>
    </w:tbl>
    <w:p w14:paraId="73B8BCCB" w14:textId="531280C8" w:rsidR="001179D4" w:rsidRPr="008A4797" w:rsidRDefault="0003527A">
      <w:pPr>
        <w:rPr>
          <w:rFonts w:ascii="맑은 고딕" w:eastAsia="맑은 고딕" w:hAnsi="맑은 고딕"/>
          <w:lang w:eastAsia="ko-KR"/>
        </w:rPr>
      </w:pPr>
      <w:r w:rsidRPr="008A4797">
        <w:rPr>
          <w:rFonts w:ascii="맑은 고딕" w:eastAsia="맑은 고딕" w:hAnsi="맑은 고딕"/>
          <w:lang w:eastAsia="ko-KR"/>
        </w:rPr>
        <w:br w:type="page"/>
      </w:r>
    </w:p>
    <w:tbl>
      <w:tblPr>
        <w:tblW w:w="9864" w:type="dxa"/>
        <w:tblLayout w:type="fixed"/>
        <w:tblLook w:val="04A0" w:firstRow="1" w:lastRow="0" w:firstColumn="1" w:lastColumn="0" w:noHBand="0" w:noVBand="1"/>
      </w:tblPr>
      <w:tblGrid>
        <w:gridCol w:w="1020"/>
        <w:gridCol w:w="8844"/>
      </w:tblGrid>
      <w:tr w:rsidR="001179D4" w:rsidRPr="008A4797" w14:paraId="35F25124" w14:textId="77777777">
        <w:trPr>
          <w:trHeight w:hRule="exact" w:val="680"/>
        </w:trPr>
        <w:tc>
          <w:tcPr>
            <w:tcW w:w="1020" w:type="dxa"/>
            <w:tcBorders>
              <w:top w:val="nil"/>
              <w:left w:val="nil"/>
              <w:bottom w:val="single" w:sz="10" w:space="0" w:color="222222"/>
              <w:right w:val="nil"/>
            </w:tcBorders>
            <w:shd w:val="clear" w:color="auto" w:fill="E31B23"/>
            <w:vAlign w:val="center"/>
          </w:tcPr>
          <w:p w14:paraId="112FB14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28"/>
              </w:rPr>
              <w:lastRenderedPageBreak/>
              <w:t>별첨</w:t>
            </w:r>
          </w:p>
        </w:tc>
        <w:tc>
          <w:tcPr>
            <w:tcW w:w="8844" w:type="dxa"/>
            <w:tcBorders>
              <w:top w:val="nil"/>
              <w:left w:val="nil"/>
              <w:bottom w:val="single" w:sz="10" w:space="0" w:color="222222"/>
              <w:right w:val="nil"/>
            </w:tcBorders>
            <w:vAlign w:val="center"/>
          </w:tcPr>
          <w:p w14:paraId="6DB0E29B" w14:textId="59783E35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사업비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집행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222222"/>
                <w:sz w:val="34"/>
                <w:lang w:eastAsia="ko-KR"/>
              </w:rPr>
              <w:t>가이드라인</w:t>
            </w:r>
          </w:p>
        </w:tc>
      </w:tr>
    </w:tbl>
    <w:p w14:paraId="59DDDAFF" w14:textId="77777777" w:rsidR="001179D4" w:rsidRPr="008A4797" w:rsidRDefault="0003527A">
      <w:pPr>
        <w:keepNext/>
        <w:spacing w:before="200" w:after="80" w:line="276" w:lineRule="auto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E31B23"/>
          <w:sz w:val="26"/>
        </w:rPr>
        <w:t xml:space="preserve">4. </w:t>
      </w:r>
      <w:r w:rsidRPr="008A4797">
        <w:rPr>
          <w:rFonts w:ascii="맑은 고딕" w:eastAsia="맑은 고딕" w:hAnsi="맑은 고딕"/>
          <w:b/>
          <w:color w:val="E31B23"/>
          <w:sz w:val="26"/>
        </w:rPr>
        <w:t>집행</w:t>
      </w:r>
      <w:r w:rsidRPr="008A4797">
        <w:rPr>
          <w:rFonts w:ascii="맑은 고딕" w:eastAsia="맑은 고딕" w:hAnsi="맑은 고딕"/>
          <w:b/>
          <w:color w:val="E31B23"/>
          <w:sz w:val="26"/>
        </w:rPr>
        <w:t xml:space="preserve"> </w:t>
      </w:r>
      <w:r w:rsidRPr="008A4797">
        <w:rPr>
          <w:rFonts w:ascii="맑은 고딕" w:eastAsia="맑은 고딕" w:hAnsi="맑은 고딕"/>
          <w:b/>
          <w:color w:val="E31B23"/>
          <w:sz w:val="26"/>
        </w:rPr>
        <w:t>불가사항</w:t>
      </w:r>
    </w:p>
    <w:tbl>
      <w:tblPr>
        <w:tblW w:w="9865" w:type="dxa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7427"/>
      </w:tblGrid>
      <w:tr w:rsidR="001179D4" w:rsidRPr="008A4797" w14:paraId="54C7D1D5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2F27404E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>구분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E31B23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FDAB7BF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>집행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>불가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FFFFFF"/>
                <w:sz w:val="17"/>
              </w:rPr>
              <w:t>내용</w:t>
            </w:r>
          </w:p>
        </w:tc>
      </w:tr>
      <w:tr w:rsidR="001179D4" w:rsidRPr="008A4797" w14:paraId="4EDC83AA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10C9C21B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특수관계자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거래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728449A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주관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운영기관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지원기업의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대표자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임직원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특수관계인이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현재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재직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중이거나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참여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전에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재직했던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기업에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대한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집행</w:t>
            </w:r>
          </w:p>
        </w:tc>
      </w:tr>
      <w:tr w:rsidR="001179D4" w:rsidRPr="008A4797" w14:paraId="55B67B16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7CB3E1AD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타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지원사업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자부담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1BE5B0A5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정부부처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지자체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유관기관의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교육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컨설팅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인증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해외전시회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등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지원사업에서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발생하는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자부담금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집행</w:t>
            </w:r>
          </w:p>
        </w:tc>
      </w:tr>
      <w:tr w:rsidR="001179D4" w:rsidRPr="008A4797" w14:paraId="18F5B6FD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549CF054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용도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외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사용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23BCB197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사업계획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및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승인된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사업비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용도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외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사용</w:t>
            </w:r>
          </w:p>
        </w:tc>
      </w:tr>
      <w:tr w:rsidR="001179D4" w:rsidRPr="008A4797" w14:paraId="673954DC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2579C62D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비목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간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임의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유용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BB48403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승인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없이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계획된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비목의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금액을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다른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비목으로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사용하는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행위</w:t>
            </w:r>
          </w:p>
        </w:tc>
      </w:tr>
      <w:tr w:rsidR="001179D4" w:rsidRPr="008A4797" w14:paraId="2E7AC630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1D7959BC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>부채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>상환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>대표자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  <w:lang w:eastAsia="ko-KR"/>
              </w:rPr>
              <w:t>인건비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37444A8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기관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대표자의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부채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상환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이자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지급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,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지원기업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대표자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인건비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지급</w:t>
            </w:r>
          </w:p>
        </w:tc>
      </w:tr>
      <w:tr w:rsidR="001179D4" w:rsidRPr="008A4797" w14:paraId="0C616894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3711DB28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세금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납부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43115E74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기관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또는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대표자의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국세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·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지방세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등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세금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납부</w:t>
            </w:r>
          </w:p>
        </w:tc>
      </w:tr>
      <w:tr w:rsidR="001179D4" w:rsidRPr="008A4797" w14:paraId="50BCCF58" w14:textId="77777777">
        <w:trPr>
          <w:cantSplit/>
          <w:jc w:val="center"/>
        </w:trPr>
        <w:tc>
          <w:tcPr>
            <w:tcW w:w="243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4F4"/>
          </w:tcPr>
          <w:p w14:paraId="0FF5A07A" w14:textId="77777777" w:rsidR="001179D4" w:rsidRPr="008A4797" w:rsidRDefault="0003527A">
            <w:pPr>
              <w:spacing w:line="264" w:lineRule="auto"/>
              <w:jc w:val="center"/>
              <w:rPr>
                <w:rFonts w:ascii="맑은 고딕" w:eastAsia="맑은 고딕" w:hAnsi="맑은 고딕"/>
              </w:rPr>
            </w:pP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부당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 xml:space="preserve"> </w:t>
            </w:r>
            <w:r w:rsidRPr="008A4797">
              <w:rPr>
                <w:rFonts w:ascii="맑은 고딕" w:eastAsia="맑은 고딕" w:hAnsi="맑은 고딕"/>
                <w:b/>
                <w:color w:val="E31B23"/>
                <w:sz w:val="16"/>
              </w:rPr>
              <w:t>집행</w:t>
            </w:r>
          </w:p>
        </w:tc>
        <w:tc>
          <w:tcPr>
            <w:tcW w:w="742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</w:tcPr>
          <w:p w14:paraId="5D1A3053" w14:textId="77777777" w:rsidR="001179D4" w:rsidRPr="008A4797" w:rsidRDefault="0003527A">
            <w:pPr>
              <w:spacing w:line="264" w:lineRule="auto"/>
              <w:rPr>
                <w:rFonts w:ascii="맑은 고딕" w:eastAsia="맑은 고딕" w:hAnsi="맑은 고딕"/>
                <w:lang w:eastAsia="ko-KR"/>
              </w:rPr>
            </w:pP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전담기관이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부당한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예산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집행으로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판단한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 xml:space="preserve"> </w:t>
            </w:r>
            <w:r w:rsidRPr="008A4797">
              <w:rPr>
                <w:rFonts w:ascii="맑은 고딕" w:eastAsia="맑은 고딕" w:hAnsi="맑은 고딕"/>
                <w:color w:val="222222"/>
                <w:sz w:val="16"/>
                <w:lang w:eastAsia="ko-KR"/>
              </w:rPr>
              <w:t>경우</w:t>
            </w:r>
          </w:p>
        </w:tc>
      </w:tr>
    </w:tbl>
    <w:p w14:paraId="28B9F970" w14:textId="77777777" w:rsidR="00283929" w:rsidRDefault="00283929">
      <w:pPr>
        <w:spacing w:before="200" w:line="240" w:lineRule="auto"/>
        <w:jc w:val="right"/>
        <w:rPr>
          <w:rFonts w:ascii="맑은 고딕" w:eastAsia="맑은 고딕" w:hAnsi="맑은 고딕"/>
          <w:b/>
          <w:color w:val="222222"/>
          <w:lang w:eastAsia="ko-KR"/>
        </w:rPr>
      </w:pPr>
    </w:p>
    <w:p w14:paraId="766B5216" w14:textId="024EEBD5" w:rsidR="001179D4" w:rsidRPr="008A4797" w:rsidRDefault="0003527A">
      <w:pPr>
        <w:spacing w:before="200" w:line="240" w:lineRule="auto"/>
        <w:jc w:val="right"/>
        <w:rPr>
          <w:rFonts w:ascii="맑은 고딕" w:eastAsia="맑은 고딕" w:hAnsi="맑은 고딕"/>
        </w:rPr>
      </w:pPr>
      <w:r w:rsidRPr="008A4797">
        <w:rPr>
          <w:rFonts w:ascii="맑은 고딕" w:eastAsia="맑은 고딕" w:hAnsi="맑은 고딕"/>
          <w:b/>
          <w:color w:val="222222"/>
        </w:rPr>
        <w:t>끝</w:t>
      </w:r>
      <w:r w:rsidRPr="008A4797">
        <w:rPr>
          <w:rFonts w:ascii="맑은 고딕" w:eastAsia="맑은 고딕" w:hAnsi="맑은 고딕"/>
          <w:b/>
          <w:color w:val="222222"/>
        </w:rPr>
        <w:t>.</w:t>
      </w:r>
    </w:p>
    <w:sectPr w:rsidR="001179D4" w:rsidRPr="008A4797">
      <w:headerReference w:type="default" r:id="rId11"/>
      <w:footerReference w:type="default" r:id="rId12"/>
      <w:pgSz w:w="11906" w:h="16838"/>
      <w:pgMar w:top="964" w:right="1020" w:bottom="907" w:left="1020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7895C" w14:textId="77777777" w:rsidR="0003527A" w:rsidRDefault="0003527A">
      <w:pPr>
        <w:spacing w:line="240" w:lineRule="auto"/>
      </w:pPr>
      <w:r>
        <w:separator/>
      </w:r>
    </w:p>
  </w:endnote>
  <w:endnote w:type="continuationSeparator" w:id="0">
    <w:p w14:paraId="5E9CEDC5" w14:textId="77777777" w:rsidR="0003527A" w:rsidRDefault="000352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FE2B5" w14:textId="4B242358" w:rsidR="005057EF" w:rsidRDefault="005057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6CC65A" wp14:editId="7102973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832475" cy="510540"/>
              <wp:effectExtent l="0" t="0" r="15875" b="0"/>
              <wp:wrapNone/>
              <wp:docPr id="519680370" name="Text Box 2" descr="chohahye@shinsegae.com, 조하혜(CSR·동반성장) - ESG, 2026_MINI_CONTEST_참여_신청서_최종본_3812.docx, 2026-06-29T18:53:23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3247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9AE6A6" w14:textId="128F4201" w:rsidR="005057EF" w:rsidRPr="005057EF" w:rsidRDefault="005057EF" w:rsidP="005057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5057E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chohahye@shinsegae.com, 조하혜(CSR·동반성장) - ESG, 2026_MINI_CONTEST_참여_신청서_최종본_3812.docx, 2026-06-29T18:53:23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6CC65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hohahye@shinsegae.com, 조하혜(CSR·동반성장) - ESG, 2026_MINI_CONTEST_참여_신청서_최종본_3812.docx, 2026-06-29T18:53:23" style="position:absolute;margin-left:0;margin-top:0;width:459.25pt;height:40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359AE6A6" w14:textId="128F4201" w:rsidR="005057EF" w:rsidRPr="005057EF" w:rsidRDefault="005057EF" w:rsidP="005057EF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5057EF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chohahye@shinsegae.com, 조하혜(CSR·동반성장) - ESG, 2026_MINI_CONTEST_참여_신청서_최종본_3812.docx, 2026-06-29T18:53:23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3C86D" w14:textId="4121D75A" w:rsidR="005057EF" w:rsidRDefault="005057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4F5FED" wp14:editId="1A944305">
              <wp:simplePos x="1010093" y="105156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832475" cy="510540"/>
              <wp:effectExtent l="0" t="0" r="15875" b="0"/>
              <wp:wrapNone/>
              <wp:docPr id="118933336" name="Text Box 3" descr="chohahye@shinsegae.com, 조하혜(CSR·동반성장) - ESG, 2026_MINI_CONTEST_참여_신청서_최종본_3812.docx, 2026-06-29T18:53:23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3247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ADBA0" w14:textId="79D86AE7" w:rsidR="005057EF" w:rsidRPr="005057EF" w:rsidRDefault="005057EF" w:rsidP="005057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5057E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chohahye@shinsegae.com, 조하혜(CSR·동반성장) - ESG, 2026_MINI_CONTEST_참여_신청서_최종본_3812.docx, 2026-06-29T18:53:23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4F5F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hohahye@shinsegae.com, 조하혜(CSR·동반성장) - ESG, 2026_MINI_CONTEST_참여_신청서_최종본_3812.docx, 2026-06-29T18:53:23" style="position:absolute;margin-left:0;margin-top:0;width:459.25pt;height:40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34ADBA0" w14:textId="79D86AE7" w:rsidR="005057EF" w:rsidRPr="005057EF" w:rsidRDefault="005057EF" w:rsidP="005057EF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5057EF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chohahye@shinsegae.com, 조하혜(CSR·동반성장) - ESG, 2026_MINI_CONTEST_참여_신청서_최종본_3812.docx, 2026-06-29T18:53:23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1BC8" w14:textId="35E7EF70" w:rsidR="005057EF" w:rsidRDefault="005057EF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DD978E7" wp14:editId="3292497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832475" cy="510540"/>
              <wp:effectExtent l="0" t="0" r="15875" b="0"/>
              <wp:wrapNone/>
              <wp:docPr id="2721413" name="Text Box 1" descr="chohahye@shinsegae.com, 조하혜(CSR·동반성장) - ESG, 2026_MINI_CONTEST_참여_신청서_최종본_3812.docx, 2026-06-29T18:53:23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3247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ED185D" w14:textId="43CC6E84" w:rsidR="005057EF" w:rsidRPr="005057EF" w:rsidRDefault="005057EF" w:rsidP="005057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5057E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chohahye@shinsegae.com, 조하혜(CSR·동반성장) - ESG, 2026_MINI_CONTEST_참여_신청서_최종본_3812.docx, 2026-06-29T18:53:23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D978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hohahye@shinsegae.com, 조하혜(CSR·동반성장) - ESG, 2026_MINI_CONTEST_참여_신청서_최종본_3812.docx, 2026-06-29T18:53:23" style="position:absolute;margin-left:0;margin-top:0;width:459.25pt;height:40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15ED185D" w14:textId="43CC6E84" w:rsidR="005057EF" w:rsidRPr="005057EF" w:rsidRDefault="005057EF" w:rsidP="005057EF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5057EF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chohahye@shinsegae.com, 조하혜(CSR·동반성장) - ESG, 2026_MINI_CONTEST_참여_신청서_최종본_3812.docx, 2026-06-29T18:53:23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B98BD" w14:textId="40A71D01" w:rsidR="001179D4" w:rsidRDefault="005057EF">
    <w:pPr>
      <w:pStyle w:val="a6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61073EC" wp14:editId="11940F4B">
              <wp:simplePos x="648586" y="10260419"/>
              <wp:positionH relativeFrom="page">
                <wp:align>left</wp:align>
              </wp:positionH>
              <wp:positionV relativeFrom="page">
                <wp:align>bottom</wp:align>
              </wp:positionV>
              <wp:extent cx="6182360" cy="355600"/>
              <wp:effectExtent l="0" t="0" r="8890" b="0"/>
              <wp:wrapNone/>
              <wp:docPr id="1552572120" name="Text Box 4" descr="chohahye@shinsegae.com, 조하혜(CSR·동반성장) - ESG, 2026_MINI_CONTEST_참여_신청서_최종본_3812.docx, 2026-06-29T18:53:23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8236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E39008" w14:textId="6119515B" w:rsidR="005057EF" w:rsidRPr="005057EF" w:rsidRDefault="005057EF" w:rsidP="005057EF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5057E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chohahye@shinsegae.com, 조하혜(CSR·동반성장) - ESG, 2026_MINI_CONTEST_참여_신청서_최종본_3812.docx, 2026-06-29T18:53:23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1073E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chohahye@shinsegae.com, 조하혜(CSR·동반성장) - ESG, 2026_MINI_CONTEST_참여_신청서_최종본_3812.docx, 2026-06-29T18:53:23" style="position:absolute;left:0;text-align:left;margin-left:0;margin-top:0;width:486.8pt;height:28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CE39008" w14:textId="6119515B" w:rsidR="005057EF" w:rsidRPr="005057EF" w:rsidRDefault="005057EF" w:rsidP="005057EF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5057EF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chohahye@shinsegae.com, 조하혜(CSR·동반성장) - ESG, 2026_MINI_CONTEST_참여_신청서_최종본_3812.docx, 2026-06-29T18:53:23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A9D21" w14:textId="77777777" w:rsidR="0003527A" w:rsidRDefault="0003527A">
      <w:pPr>
        <w:spacing w:line="240" w:lineRule="auto"/>
      </w:pPr>
      <w:r>
        <w:separator/>
      </w:r>
    </w:p>
  </w:footnote>
  <w:footnote w:type="continuationSeparator" w:id="0">
    <w:p w14:paraId="198AD5B8" w14:textId="77777777" w:rsidR="0003527A" w:rsidRDefault="000352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71711" w14:textId="77777777" w:rsidR="001179D4" w:rsidRPr="008A4797" w:rsidRDefault="001179D4" w:rsidP="008A479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9D7AF2"/>
    <w:multiLevelType w:val="hybridMultilevel"/>
    <w:tmpl w:val="5F9E9720"/>
    <w:lvl w:ilvl="0" w:tplc="76BC70C2">
      <w:start w:val="3"/>
      <w:numFmt w:val="bullet"/>
      <w:lvlText w:val="○"/>
      <w:lvlJc w:val="left"/>
      <w:pPr>
        <w:ind w:left="800" w:hanging="360"/>
      </w:pPr>
      <w:rPr>
        <w:rFonts w:ascii="맑은 고딕" w:eastAsia="맑은 고딕" w:hAnsi="맑은 고딕" w:cstheme="minorBidi" w:hint="eastAsia"/>
        <w:b/>
        <w:color w:val="222222"/>
        <w:sz w:val="26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3EB84CC8"/>
    <w:multiLevelType w:val="hybridMultilevel"/>
    <w:tmpl w:val="1E0E53E4"/>
    <w:lvl w:ilvl="0" w:tplc="7722BA92">
      <w:start w:val="3"/>
      <w:numFmt w:val="bullet"/>
      <w:lvlText w:val="○"/>
      <w:lvlJc w:val="left"/>
      <w:pPr>
        <w:ind w:left="800" w:hanging="360"/>
      </w:pPr>
      <w:rPr>
        <w:rFonts w:ascii="맑은 고딕" w:eastAsia="맑은 고딕" w:hAnsi="맑은 고딕" w:cstheme="minorBidi" w:hint="eastAsia"/>
        <w:b/>
        <w:color w:val="222222"/>
        <w:sz w:val="24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44291FFD"/>
    <w:multiLevelType w:val="hybridMultilevel"/>
    <w:tmpl w:val="1D405F5A"/>
    <w:lvl w:ilvl="0" w:tplc="A618501E">
      <w:start w:val="3"/>
      <w:numFmt w:val="bullet"/>
      <w:lvlText w:val="○"/>
      <w:lvlJc w:val="left"/>
      <w:pPr>
        <w:ind w:left="800" w:hanging="360"/>
      </w:pPr>
      <w:rPr>
        <w:rFonts w:ascii="맑은 고딕" w:eastAsia="맑은 고딕" w:hAnsi="맑은 고딕" w:cstheme="minorBidi" w:hint="eastAsia"/>
        <w:b/>
        <w:color w:val="222222"/>
        <w:sz w:val="24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789406BA"/>
    <w:multiLevelType w:val="hybridMultilevel"/>
    <w:tmpl w:val="7C9A9EFC"/>
    <w:lvl w:ilvl="0" w:tplc="4A8C65BC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color w:val="222222"/>
        <w:sz w:val="15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585610421">
    <w:abstractNumId w:val="8"/>
  </w:num>
  <w:num w:numId="2" w16cid:durableId="873736529">
    <w:abstractNumId w:val="6"/>
  </w:num>
  <w:num w:numId="3" w16cid:durableId="1581937772">
    <w:abstractNumId w:val="5"/>
  </w:num>
  <w:num w:numId="4" w16cid:durableId="1468206756">
    <w:abstractNumId w:val="4"/>
  </w:num>
  <w:num w:numId="5" w16cid:durableId="1423068838">
    <w:abstractNumId w:val="7"/>
  </w:num>
  <w:num w:numId="6" w16cid:durableId="2065181805">
    <w:abstractNumId w:val="3"/>
  </w:num>
  <w:num w:numId="7" w16cid:durableId="2121994257">
    <w:abstractNumId w:val="2"/>
  </w:num>
  <w:num w:numId="8" w16cid:durableId="1095515121">
    <w:abstractNumId w:val="1"/>
  </w:num>
  <w:num w:numId="9" w16cid:durableId="1426416921">
    <w:abstractNumId w:val="0"/>
  </w:num>
  <w:num w:numId="10" w16cid:durableId="1802074958">
    <w:abstractNumId w:val="9"/>
  </w:num>
  <w:num w:numId="11" w16cid:durableId="1960722758">
    <w:abstractNumId w:val="11"/>
  </w:num>
  <w:num w:numId="12" w16cid:durableId="1094207307">
    <w:abstractNumId w:val="10"/>
  </w:num>
  <w:num w:numId="13" w16cid:durableId="15892719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BEE"/>
    <w:rsid w:val="00011A27"/>
    <w:rsid w:val="00021FFD"/>
    <w:rsid w:val="00034616"/>
    <w:rsid w:val="0003527A"/>
    <w:rsid w:val="0006063C"/>
    <w:rsid w:val="000C3E70"/>
    <w:rsid w:val="001179D4"/>
    <w:rsid w:val="0015074B"/>
    <w:rsid w:val="001A6E05"/>
    <w:rsid w:val="001D7A1D"/>
    <w:rsid w:val="00275D0E"/>
    <w:rsid w:val="00283929"/>
    <w:rsid w:val="0029639D"/>
    <w:rsid w:val="002E0E1D"/>
    <w:rsid w:val="00313105"/>
    <w:rsid w:val="00326F90"/>
    <w:rsid w:val="00374143"/>
    <w:rsid w:val="003F51D1"/>
    <w:rsid w:val="004631AE"/>
    <w:rsid w:val="004D50C3"/>
    <w:rsid w:val="005057EF"/>
    <w:rsid w:val="005C5556"/>
    <w:rsid w:val="005E3EF5"/>
    <w:rsid w:val="005F31F2"/>
    <w:rsid w:val="00635D7F"/>
    <w:rsid w:val="00673878"/>
    <w:rsid w:val="007433A0"/>
    <w:rsid w:val="0082614C"/>
    <w:rsid w:val="00861229"/>
    <w:rsid w:val="008A339A"/>
    <w:rsid w:val="008A4797"/>
    <w:rsid w:val="008B3B6A"/>
    <w:rsid w:val="009C48F4"/>
    <w:rsid w:val="00A438EF"/>
    <w:rsid w:val="00A97E39"/>
    <w:rsid w:val="00AA1D8D"/>
    <w:rsid w:val="00AE5ECD"/>
    <w:rsid w:val="00B47730"/>
    <w:rsid w:val="00C16333"/>
    <w:rsid w:val="00CA2CFF"/>
    <w:rsid w:val="00CB0664"/>
    <w:rsid w:val="00D16FED"/>
    <w:rsid w:val="00D26A6A"/>
    <w:rsid w:val="00E4343F"/>
    <w:rsid w:val="00E47560"/>
    <w:rsid w:val="00E67F91"/>
    <w:rsid w:val="00E87333"/>
    <w:rsid w:val="00E95221"/>
    <w:rsid w:val="00F175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F6FFDA"/>
  <w14:defaultImageDpi w14:val="330"/>
  <w15:docId w15:val="{8D2C046A-76CF-4493-9C10-81478E4E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300" w:lineRule="auto"/>
    </w:pPr>
    <w:rPr>
      <w:rFonts w:ascii="나눔고딕" w:eastAsia="나눔고딕" w:hAnsi="나눔고딕"/>
      <w:sz w:val="19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22222"/>
      <w:sz w:val="34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222222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222222"/>
      <w:sz w:val="22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222222"/>
      <w:spacing w:val="5"/>
      <w:kern w:val="28"/>
      <w:sz w:val="56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11cd2af-d2ff-46fa-9192-2f34edefbd02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5069</Characters>
  <Pages>12</Pages>
  <DocSecurity>0</DocSecurity>
  <Words>889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조하혜(CSR·동반성장) - ESG</dc:creator>
  <dcterms:modified xsi:type="dcterms:W3CDTF">2026-06-29T09:53:00Z</dcterms:modified>
  <dc:description>generated by python-docx</dc:description>
  <cp:keywords/>
  <dc:subject/>
  <dc:title/>
  <cp:lastModifiedBy>조하혜(CSR·동반성장) - ESG</cp:lastModifiedBy>
  <dcterms:created xsi:type="dcterms:W3CDTF">2026-06-29T09:53:00Z</dcterms:creat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298685,1ef9b172,716c758,5c8a5ed8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chohahye@shinsegae.com, 조하혜(CSR·동반성장) - ESG, 2026_MINI_CONTEST_참여_신청서_최종본_3812.docx, 2026-06-29T18:53:23</vt:lpwstr>
  </property>
</Properties>
</file>